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EEDB8" w14:textId="77777777" w:rsidR="005064CF" w:rsidRPr="006B10E0" w:rsidRDefault="007C7305">
      <w:pPr>
        <w:jc w:val="center"/>
        <w:rPr>
          <w:rFonts w:cs="Times New Roman"/>
          <w:szCs w:val="24"/>
        </w:rPr>
      </w:pPr>
      <w:r w:rsidRPr="006B10E0">
        <w:rPr>
          <w:rFonts w:cs="Times New Roman"/>
          <w:b/>
          <w:szCs w:val="24"/>
        </w:rPr>
        <w:t>ESTUDO TÉCNICO PRELIMINAR</w:t>
      </w:r>
    </w:p>
    <w:p w14:paraId="72AF674C" w14:textId="674A50F0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SECRETARIA: </w:t>
      </w:r>
      <w:r w:rsidR="00B55D37" w:rsidRPr="006B10E0">
        <w:rPr>
          <w:rFonts w:cs="Times New Roman"/>
          <w:szCs w:val="24"/>
        </w:rPr>
        <w:t>SECRETARIA MUNICIPAL DE AGRILCUTURA, OBRAS E MEIO AMBIENTE</w:t>
      </w:r>
    </w:p>
    <w:p w14:paraId="4E1ACE23" w14:textId="35C9C93D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>DEPARTAMENTO: OBRAS</w:t>
      </w:r>
    </w:p>
    <w:p w14:paraId="7562F48C" w14:textId="77777777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>MUNICÍPIO: PONTE PRETA – RS</w:t>
      </w:r>
    </w:p>
    <w:p w14:paraId="704C84E9" w14:textId="3C9FB8E2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>OBJETO: CONTRATAÇÃO DE EMPRESA ESPECIALIZADA PARA EXECUÇÃO DE PONTE EM CONCRETO ARMADO E PRÉ-MOLDADO SOBRE O RIO PIRANGAVA, EM PONTE PRETA/RS, COM DIMENSÕES DE REFERÊNCIA DE 10,00 × 40,00 M, INCLUINDO PAVIMENTAÇÃO, ESTRUTURA METÁLICA</w:t>
      </w:r>
      <w:r w:rsidR="004A5EDF" w:rsidRPr="006B10E0">
        <w:rPr>
          <w:rFonts w:cs="Times New Roman"/>
          <w:szCs w:val="24"/>
        </w:rPr>
        <w:t>,</w:t>
      </w:r>
      <w:r w:rsidRPr="006B10E0">
        <w:rPr>
          <w:rFonts w:cs="Times New Roman"/>
          <w:szCs w:val="24"/>
        </w:rPr>
        <w:t xml:space="preserve"> ILUMINAÇÃO </w:t>
      </w:r>
      <w:r w:rsidR="004A5EDF" w:rsidRPr="006B10E0">
        <w:rPr>
          <w:rFonts w:cs="Times New Roman"/>
          <w:szCs w:val="24"/>
        </w:rPr>
        <w:t xml:space="preserve">E JARDINAGEM </w:t>
      </w:r>
      <w:r w:rsidRPr="006B10E0">
        <w:rPr>
          <w:rFonts w:cs="Times New Roman"/>
          <w:szCs w:val="24"/>
        </w:rPr>
        <w:t>PREVISTAS NO ORÇAMENTO, SUJEITAS À COMPATIBILIZAÇÃO DOS PROJETOS.</w:t>
      </w:r>
    </w:p>
    <w:p w14:paraId="3A63A469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1. DESCRIÇÃO DA NECESSIDADE (JUSTIFICATIVA)</w:t>
      </w:r>
    </w:p>
    <w:p w14:paraId="1BA733CD" w14:textId="7F189AEB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busca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adequar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travessia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sobre</w:t>
      </w:r>
      <w:proofErr w:type="spellEnd"/>
      <w:r w:rsidRPr="006B10E0">
        <w:rPr>
          <w:rFonts w:cs="Times New Roman"/>
          <w:szCs w:val="24"/>
        </w:rPr>
        <w:t xml:space="preserve"> o Rio </w:t>
      </w:r>
      <w:proofErr w:type="spellStart"/>
      <w:r w:rsidR="00D16652" w:rsidRPr="006B10E0">
        <w:rPr>
          <w:rFonts w:cs="Times New Roman"/>
          <w:szCs w:val="24"/>
        </w:rPr>
        <w:t>Jup</w:t>
      </w:r>
      <w:r w:rsidRPr="006B10E0">
        <w:rPr>
          <w:rFonts w:cs="Times New Roman"/>
          <w:szCs w:val="24"/>
        </w:rPr>
        <w:t>irangava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Ponte Preta/RS, </w:t>
      </w:r>
      <w:proofErr w:type="spellStart"/>
      <w:r w:rsidRPr="006B10E0">
        <w:rPr>
          <w:rFonts w:cs="Times New Roman"/>
          <w:szCs w:val="24"/>
        </w:rPr>
        <w:t>mediante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armado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elementos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pré-moldados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visando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durabilidade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funcionalidade</w:t>
      </w:r>
      <w:proofErr w:type="spellEnd"/>
      <w:r w:rsidRPr="006B10E0">
        <w:rPr>
          <w:rFonts w:cs="Times New Roman"/>
          <w:szCs w:val="24"/>
        </w:rPr>
        <w:t xml:space="preserve"> para o </w:t>
      </w:r>
      <w:proofErr w:type="spellStart"/>
      <w:r w:rsidRPr="006B10E0">
        <w:rPr>
          <w:rFonts w:cs="Times New Roman"/>
          <w:szCs w:val="24"/>
        </w:rPr>
        <w:t>uso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infraestrutura</w:t>
      </w:r>
      <w:proofErr w:type="spellEnd"/>
      <w:r w:rsidRPr="006B10E0">
        <w:rPr>
          <w:rFonts w:cs="Times New Roman"/>
          <w:szCs w:val="24"/>
        </w:rPr>
        <w:t xml:space="preserve"> municipal. A </w:t>
      </w:r>
      <w:proofErr w:type="spellStart"/>
      <w:r w:rsidRPr="006B10E0">
        <w:rPr>
          <w:rFonts w:cs="Times New Roman"/>
          <w:szCs w:val="24"/>
        </w:rPr>
        <w:t>Prefeitura</w:t>
      </w:r>
      <w:proofErr w:type="spellEnd"/>
      <w:r w:rsidRPr="006B10E0">
        <w:rPr>
          <w:rFonts w:cs="Times New Roman"/>
          <w:szCs w:val="24"/>
        </w:rPr>
        <w:t xml:space="preserve"> Municipal de Ponte Preta é </w:t>
      </w:r>
      <w:proofErr w:type="spellStart"/>
      <w:r w:rsidRPr="006B10E0">
        <w:rPr>
          <w:rFonts w:cs="Times New Roman"/>
          <w:szCs w:val="24"/>
        </w:rPr>
        <w:t>identificada</w:t>
      </w:r>
      <w:proofErr w:type="spellEnd"/>
      <w:r w:rsidRPr="006B10E0">
        <w:rPr>
          <w:rFonts w:cs="Times New Roman"/>
          <w:szCs w:val="24"/>
        </w:rPr>
        <w:t xml:space="preserve"> no memorial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proprietária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>.</w:t>
      </w:r>
    </w:p>
    <w:p w14:paraId="787B0946" w14:textId="6D685B9B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O memorial </w:t>
      </w:r>
      <w:proofErr w:type="spellStart"/>
      <w:r w:rsidRPr="006B10E0">
        <w:rPr>
          <w:rFonts w:cs="Times New Roman"/>
          <w:szCs w:val="24"/>
        </w:rPr>
        <w:t>prevê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avaliação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demolição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controlada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além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fundações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apoios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superestrutura</w:t>
      </w:r>
      <w:proofErr w:type="spellEnd"/>
      <w:r w:rsidRPr="006B10E0">
        <w:rPr>
          <w:rFonts w:cs="Times New Roman"/>
          <w:szCs w:val="24"/>
        </w:rPr>
        <w:t xml:space="preserve">. </w:t>
      </w:r>
    </w:p>
    <w:p w14:paraId="2EB98864" w14:textId="77777777" w:rsidR="00D16652" w:rsidRPr="006B10E0" w:rsidRDefault="00D16652" w:rsidP="00D16652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construção</w:t>
      </w:r>
      <w:proofErr w:type="spellEnd"/>
      <w:r w:rsidRPr="006B10E0">
        <w:rPr>
          <w:rFonts w:cs="Times New Roman"/>
          <w:szCs w:val="24"/>
        </w:rPr>
        <w:t xml:space="preserve"> da nova </w:t>
      </w:r>
      <w:proofErr w:type="spellStart"/>
      <w:r w:rsidRPr="006B10E0">
        <w:rPr>
          <w:rFonts w:cs="Times New Roman"/>
          <w:szCs w:val="24"/>
        </w:rPr>
        <w:t>ponte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justifica</w:t>
      </w:r>
      <w:proofErr w:type="spellEnd"/>
      <w:r w:rsidRPr="006B10E0">
        <w:rPr>
          <w:rFonts w:cs="Times New Roman"/>
          <w:szCs w:val="24"/>
        </w:rPr>
        <w:t xml:space="preserve">-se </w:t>
      </w:r>
      <w:proofErr w:type="spellStart"/>
      <w:r w:rsidRPr="006B10E0">
        <w:rPr>
          <w:rFonts w:cs="Times New Roman"/>
          <w:szCs w:val="24"/>
        </w:rPr>
        <w:t>pelas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limitações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</w:t>
      </w:r>
      <w:proofErr w:type="spellEnd"/>
      <w:r w:rsidRPr="006B10E0">
        <w:rPr>
          <w:rFonts w:cs="Times New Roman"/>
          <w:szCs w:val="24"/>
        </w:rPr>
        <w:t xml:space="preserve">, que </w:t>
      </w:r>
      <w:proofErr w:type="spellStart"/>
      <w:r w:rsidRPr="006B10E0">
        <w:rPr>
          <w:rFonts w:cs="Times New Roman"/>
          <w:szCs w:val="24"/>
        </w:rPr>
        <w:t>possui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pista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única</w:t>
      </w:r>
      <w:proofErr w:type="spellEnd"/>
      <w:r w:rsidRPr="006B10E0">
        <w:rPr>
          <w:rFonts w:cs="Times New Roman"/>
          <w:szCs w:val="24"/>
        </w:rPr>
        <w:t xml:space="preserve"> para </w:t>
      </w:r>
      <w:proofErr w:type="spellStart"/>
      <w:r w:rsidRPr="006B10E0">
        <w:rPr>
          <w:rFonts w:cs="Times New Roman"/>
          <w:szCs w:val="24"/>
        </w:rPr>
        <w:t>circulação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veículos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espaço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reduzido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destinado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trânsito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pedestres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dificultando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circulação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simultânea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comprometendo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mobilidade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usuários</w:t>
      </w:r>
      <w:proofErr w:type="spellEnd"/>
      <w:r w:rsidRPr="006B10E0">
        <w:rPr>
          <w:rFonts w:cs="Times New Roman"/>
          <w:szCs w:val="24"/>
        </w:rPr>
        <w:t>.</w:t>
      </w:r>
    </w:p>
    <w:p w14:paraId="1EB23F25" w14:textId="77777777" w:rsidR="00D16652" w:rsidRPr="006B10E0" w:rsidRDefault="00D16652" w:rsidP="00D16652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Além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disso</w:t>
      </w:r>
      <w:proofErr w:type="spellEnd"/>
      <w:r w:rsidRPr="006B10E0">
        <w:rPr>
          <w:rFonts w:cs="Times New Roman"/>
          <w:szCs w:val="24"/>
        </w:rPr>
        <w:t xml:space="preserve">, a </w:t>
      </w:r>
      <w:proofErr w:type="spellStart"/>
      <w:r w:rsidRPr="006B10E0">
        <w:rPr>
          <w:rFonts w:cs="Times New Roman"/>
          <w:szCs w:val="24"/>
        </w:rPr>
        <w:t>configuração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estrutural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ponte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composta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pilares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cabeceiras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apresenta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limitações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quanto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capacidade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escoamento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águas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períodos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chuvas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intensas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Nessas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situações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restringir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passagem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fluxo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hídrico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contribuindo</w:t>
      </w:r>
      <w:proofErr w:type="spellEnd"/>
      <w:r w:rsidRPr="006B10E0">
        <w:rPr>
          <w:rFonts w:cs="Times New Roman"/>
          <w:szCs w:val="24"/>
        </w:rPr>
        <w:t xml:space="preserve"> para o </w:t>
      </w:r>
      <w:proofErr w:type="spellStart"/>
      <w:r w:rsidRPr="006B10E0">
        <w:rPr>
          <w:rFonts w:cs="Times New Roman"/>
          <w:szCs w:val="24"/>
        </w:rPr>
        <w:t>represamento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água</w:t>
      </w:r>
      <w:proofErr w:type="spellEnd"/>
      <w:r w:rsidRPr="006B10E0">
        <w:rPr>
          <w:rFonts w:cs="Times New Roman"/>
          <w:szCs w:val="24"/>
        </w:rPr>
        <w:t xml:space="preserve"> e a </w:t>
      </w:r>
      <w:proofErr w:type="spellStart"/>
      <w:r w:rsidRPr="006B10E0">
        <w:rPr>
          <w:rFonts w:cs="Times New Roman"/>
          <w:szCs w:val="24"/>
        </w:rPr>
        <w:t>ocorrência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alagamentos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áreas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urbanas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adjacentes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agravando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transtornos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população</w:t>
      </w:r>
      <w:proofErr w:type="spellEnd"/>
      <w:r w:rsidRPr="006B10E0">
        <w:rPr>
          <w:rFonts w:cs="Times New Roman"/>
          <w:szCs w:val="24"/>
        </w:rPr>
        <w:t xml:space="preserve"> e à </w:t>
      </w:r>
      <w:proofErr w:type="spellStart"/>
      <w:r w:rsidRPr="006B10E0">
        <w:rPr>
          <w:rFonts w:cs="Times New Roman"/>
          <w:szCs w:val="24"/>
        </w:rPr>
        <w:t>infraestrutura</w:t>
      </w:r>
      <w:proofErr w:type="spellEnd"/>
      <w:r w:rsidRPr="006B10E0">
        <w:rPr>
          <w:rFonts w:cs="Times New Roman"/>
          <w:szCs w:val="24"/>
        </w:rPr>
        <w:t xml:space="preserve"> local.</w:t>
      </w:r>
    </w:p>
    <w:p w14:paraId="372D279D" w14:textId="77777777" w:rsidR="00D16652" w:rsidRPr="006B10E0" w:rsidRDefault="00D16652" w:rsidP="00D16652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Diante </w:t>
      </w:r>
      <w:proofErr w:type="spellStart"/>
      <w:r w:rsidRPr="006B10E0">
        <w:rPr>
          <w:rFonts w:cs="Times New Roman"/>
          <w:szCs w:val="24"/>
        </w:rPr>
        <w:t>desse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cenário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intervenção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mostra</w:t>
      </w:r>
      <w:proofErr w:type="spellEnd"/>
      <w:r w:rsidRPr="006B10E0">
        <w:rPr>
          <w:rFonts w:cs="Times New Roman"/>
          <w:szCs w:val="24"/>
        </w:rPr>
        <w:t xml:space="preserve">-se </w:t>
      </w:r>
      <w:proofErr w:type="spellStart"/>
      <w:r w:rsidRPr="006B10E0">
        <w:rPr>
          <w:rFonts w:cs="Times New Roman"/>
          <w:szCs w:val="24"/>
        </w:rPr>
        <w:t>necessária</w:t>
      </w:r>
      <w:proofErr w:type="spellEnd"/>
      <w:r w:rsidRPr="006B10E0">
        <w:rPr>
          <w:rFonts w:cs="Times New Roman"/>
          <w:szCs w:val="24"/>
        </w:rPr>
        <w:t xml:space="preserve"> para </w:t>
      </w:r>
      <w:proofErr w:type="spellStart"/>
      <w:r w:rsidRPr="006B10E0">
        <w:rPr>
          <w:rFonts w:cs="Times New Roman"/>
          <w:szCs w:val="24"/>
        </w:rPr>
        <w:t>proporcionar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melhores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trafegabilidade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ampliar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veículos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pedestres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melhorar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escoamento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águas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reduzindo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impactos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decorrentes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eventos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precipitação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intensa</w:t>
      </w:r>
      <w:proofErr w:type="spellEnd"/>
      <w:r w:rsidRPr="006B10E0">
        <w:rPr>
          <w:rFonts w:cs="Times New Roman"/>
          <w:szCs w:val="24"/>
        </w:rPr>
        <w:t>.</w:t>
      </w:r>
    </w:p>
    <w:p w14:paraId="5A557C36" w14:textId="77777777" w:rsidR="00D16652" w:rsidRPr="006B10E0" w:rsidRDefault="00D16652" w:rsidP="00D16652">
      <w:pPr>
        <w:rPr>
          <w:rFonts w:cs="Times New Roman"/>
          <w:szCs w:val="24"/>
        </w:rPr>
      </w:pP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uma</w:t>
      </w:r>
      <w:proofErr w:type="spellEnd"/>
      <w:r w:rsidRPr="006B10E0">
        <w:rPr>
          <w:rFonts w:cs="Times New Roman"/>
          <w:szCs w:val="24"/>
        </w:rPr>
        <w:t xml:space="preserve"> nova </w:t>
      </w:r>
      <w:proofErr w:type="spellStart"/>
      <w:r w:rsidRPr="006B10E0">
        <w:rPr>
          <w:rFonts w:cs="Times New Roman"/>
          <w:szCs w:val="24"/>
        </w:rPr>
        <w:t>ponte</w:t>
      </w:r>
      <w:proofErr w:type="spellEnd"/>
      <w:r w:rsidRPr="006B10E0">
        <w:rPr>
          <w:rFonts w:cs="Times New Roman"/>
          <w:szCs w:val="24"/>
        </w:rPr>
        <w:t xml:space="preserve"> visa, </w:t>
      </w:r>
      <w:proofErr w:type="spellStart"/>
      <w:r w:rsidRPr="006B10E0">
        <w:rPr>
          <w:rFonts w:cs="Times New Roman"/>
          <w:szCs w:val="24"/>
        </w:rPr>
        <w:t>portanto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solucionar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limitações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travessia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garantir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maior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eficiência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circulação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bem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contribuir</w:t>
      </w:r>
      <w:proofErr w:type="spellEnd"/>
      <w:r w:rsidRPr="006B10E0">
        <w:rPr>
          <w:rFonts w:cs="Times New Roman"/>
          <w:szCs w:val="24"/>
        </w:rPr>
        <w:t xml:space="preserve"> para a </w:t>
      </w:r>
      <w:proofErr w:type="spellStart"/>
      <w:r w:rsidRPr="006B10E0">
        <w:rPr>
          <w:rFonts w:cs="Times New Roman"/>
          <w:szCs w:val="24"/>
        </w:rPr>
        <w:t>melhoria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lastRenderedPageBreak/>
        <w:t>infraestrutura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urbana</w:t>
      </w:r>
      <w:proofErr w:type="spellEnd"/>
      <w:r w:rsidRPr="006B10E0">
        <w:rPr>
          <w:rFonts w:cs="Times New Roman"/>
          <w:szCs w:val="24"/>
        </w:rPr>
        <w:t xml:space="preserve"> e para a </w:t>
      </w:r>
      <w:proofErr w:type="spellStart"/>
      <w:r w:rsidRPr="006B10E0">
        <w:rPr>
          <w:rFonts w:cs="Times New Roman"/>
          <w:szCs w:val="24"/>
        </w:rPr>
        <w:t>prevenção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alagamentos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beneficiando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diretamente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população</w:t>
      </w:r>
      <w:proofErr w:type="spellEnd"/>
      <w:r w:rsidRPr="006B10E0">
        <w:rPr>
          <w:rFonts w:cs="Times New Roman"/>
          <w:szCs w:val="24"/>
        </w:rPr>
        <w:t xml:space="preserve"> que </w:t>
      </w:r>
      <w:proofErr w:type="spellStart"/>
      <w:r w:rsidRPr="006B10E0">
        <w:rPr>
          <w:rFonts w:cs="Times New Roman"/>
          <w:szCs w:val="24"/>
        </w:rPr>
        <w:t>utiliza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travessia</w:t>
      </w:r>
      <w:proofErr w:type="spellEnd"/>
      <w:r w:rsidRPr="006B10E0">
        <w:rPr>
          <w:rFonts w:cs="Times New Roman"/>
          <w:szCs w:val="24"/>
        </w:rPr>
        <w:t xml:space="preserve"> e as </w:t>
      </w:r>
      <w:proofErr w:type="spellStart"/>
      <w:r w:rsidRPr="006B10E0">
        <w:rPr>
          <w:rFonts w:cs="Times New Roman"/>
          <w:szCs w:val="24"/>
        </w:rPr>
        <w:t>áreas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seu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entorno</w:t>
      </w:r>
      <w:proofErr w:type="spellEnd"/>
      <w:r w:rsidRPr="006B10E0">
        <w:rPr>
          <w:rFonts w:cs="Times New Roman"/>
          <w:szCs w:val="24"/>
        </w:rPr>
        <w:t>.</w:t>
      </w:r>
    </w:p>
    <w:p w14:paraId="13FEF816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2. ALINHAMENTO ENTRE A CONTRATAÇÃO E O PLANEJAMENTO</w:t>
      </w:r>
    </w:p>
    <w:p w14:paraId="4B8F200B" w14:textId="38BBD21E" w:rsidR="005064CF" w:rsidRPr="006B10E0" w:rsidRDefault="0027412A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>N/A</w:t>
      </w:r>
    </w:p>
    <w:p w14:paraId="4CCD3617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3. DESCRIÇÃO DOS REQUISITOS DE CONTRATAÇÃO</w:t>
      </w:r>
    </w:p>
    <w:p w14:paraId="77A0E000" w14:textId="0EBEB723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Forma de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proposta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Sugere</w:t>
      </w:r>
      <w:proofErr w:type="spellEnd"/>
      <w:r w:rsidRPr="006B10E0">
        <w:rPr>
          <w:rFonts w:cs="Times New Roman"/>
          <w:szCs w:val="24"/>
        </w:rPr>
        <w:t xml:space="preserve">-se </w:t>
      </w:r>
      <w:proofErr w:type="spellStart"/>
      <w:r w:rsidRPr="006B10E0">
        <w:rPr>
          <w:rFonts w:cs="Times New Roman"/>
          <w:szCs w:val="24"/>
        </w:rPr>
        <w:t>concorrência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eletrônica</w:t>
      </w:r>
      <w:proofErr w:type="spellEnd"/>
      <w:r w:rsidRPr="006B10E0">
        <w:rPr>
          <w:rFonts w:cs="Times New Roman"/>
          <w:szCs w:val="24"/>
        </w:rPr>
        <w:t xml:space="preserve">, com </w:t>
      </w:r>
      <w:proofErr w:type="spellStart"/>
      <w:r w:rsidRPr="006B10E0">
        <w:rPr>
          <w:rFonts w:cs="Times New Roman"/>
          <w:szCs w:val="24"/>
        </w:rPr>
        <w:t>julgamento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menor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preço</w:t>
      </w:r>
      <w:proofErr w:type="spellEnd"/>
      <w:r w:rsidRPr="006B10E0">
        <w:rPr>
          <w:rFonts w:cs="Times New Roman"/>
          <w:szCs w:val="24"/>
        </w:rPr>
        <w:t xml:space="preserve"> global, </w:t>
      </w:r>
      <w:proofErr w:type="spellStart"/>
      <w:r w:rsidRPr="006B10E0">
        <w:rPr>
          <w:rFonts w:cs="Times New Roman"/>
          <w:szCs w:val="24"/>
        </w:rPr>
        <w:t>sujeita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validação</w:t>
      </w:r>
      <w:proofErr w:type="spellEnd"/>
      <w:r w:rsidRPr="006B10E0">
        <w:rPr>
          <w:rFonts w:cs="Times New Roman"/>
          <w:szCs w:val="24"/>
        </w:rPr>
        <w:t xml:space="preserve"> pela </w:t>
      </w:r>
      <w:proofErr w:type="spellStart"/>
      <w:r w:rsidRPr="006B10E0">
        <w:rPr>
          <w:rFonts w:cs="Times New Roman"/>
          <w:szCs w:val="24"/>
        </w:rPr>
        <w:t>Administração</w:t>
      </w:r>
      <w:proofErr w:type="spellEnd"/>
      <w:r w:rsidRPr="006B10E0">
        <w:rPr>
          <w:rFonts w:cs="Times New Roman"/>
          <w:szCs w:val="24"/>
        </w:rPr>
        <w:t xml:space="preserve">. O regime de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="00192EDC" w:rsidRPr="006B10E0">
        <w:rPr>
          <w:rFonts w:cs="Times New Roman"/>
          <w:szCs w:val="24"/>
        </w:rPr>
        <w:t>deverá</w:t>
      </w:r>
      <w:proofErr w:type="spellEnd"/>
      <w:r w:rsidR="00192EDC" w:rsidRPr="006B10E0">
        <w:rPr>
          <w:rFonts w:cs="Times New Roman"/>
          <w:szCs w:val="24"/>
        </w:rPr>
        <w:t xml:space="preserve"> ser</w:t>
      </w:r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preço</w:t>
      </w:r>
      <w:proofErr w:type="spellEnd"/>
      <w:r w:rsidRPr="006B10E0">
        <w:rPr>
          <w:rFonts w:cs="Times New Roman"/>
          <w:szCs w:val="24"/>
        </w:rPr>
        <w:t xml:space="preserve"> global.</w:t>
      </w:r>
    </w:p>
    <w:p w14:paraId="71BE636C" w14:textId="6FA520A7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Capacidade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executora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possuir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registro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conselho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profissional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competente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responsável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legalmente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habilitado</w:t>
      </w:r>
      <w:proofErr w:type="spellEnd"/>
      <w:r w:rsidRPr="006B10E0">
        <w:rPr>
          <w:rFonts w:cs="Times New Roman"/>
          <w:szCs w:val="24"/>
        </w:rPr>
        <w:t xml:space="preserve"> para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. O </w:t>
      </w:r>
      <w:proofErr w:type="spellStart"/>
      <w:r w:rsidRPr="006B10E0">
        <w:rPr>
          <w:rFonts w:cs="Times New Roman"/>
          <w:szCs w:val="24"/>
        </w:rPr>
        <w:t>edital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especificar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comprovação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capacidade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técnico-profissional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operacional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pertinente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às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parcelas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relevantes</w:t>
      </w:r>
      <w:proofErr w:type="spellEnd"/>
      <w:r w:rsidRPr="006B10E0">
        <w:rPr>
          <w:rFonts w:cs="Times New Roman"/>
          <w:szCs w:val="24"/>
        </w:rPr>
        <w:t xml:space="preserve">, com </w:t>
      </w:r>
      <w:proofErr w:type="spellStart"/>
      <w:r w:rsidRPr="006B10E0">
        <w:rPr>
          <w:rFonts w:cs="Times New Roman"/>
          <w:szCs w:val="24"/>
        </w:rPr>
        <w:t>quantitativos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documentos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justificados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observados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limites</w:t>
      </w:r>
      <w:proofErr w:type="spellEnd"/>
      <w:r w:rsidRPr="006B10E0">
        <w:rPr>
          <w:rFonts w:cs="Times New Roman"/>
          <w:szCs w:val="24"/>
        </w:rPr>
        <w:t xml:space="preserve"> do art. 67 da Lei nº 14.133/2021. Atestados, </w:t>
      </w:r>
      <w:proofErr w:type="spellStart"/>
      <w:r w:rsidRPr="006B10E0">
        <w:rPr>
          <w:rFonts w:cs="Times New Roman"/>
          <w:szCs w:val="24"/>
        </w:rPr>
        <w:t>acervos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vínculo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profissional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disponibilidade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equipe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equipamentos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disciplinados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maneira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proporcional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objeto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quantitativos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mínimos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comprovação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técnico-profissional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técnico-operacional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definidos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quadro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seguir</w:t>
      </w:r>
      <w:proofErr w:type="spellEnd"/>
      <w:r w:rsidR="00717783" w:rsidRPr="006B10E0">
        <w:rPr>
          <w:rFonts w:cs="Times New Roman"/>
          <w:szCs w:val="24"/>
        </w:rPr>
        <w:t>:</w:t>
      </w:r>
    </w:p>
    <w:p w14:paraId="2FF91727" w14:textId="77777777" w:rsidR="00C82BC5" w:rsidRPr="006B10E0" w:rsidRDefault="00A41A29">
      <w:pPr>
        <w:keepNext/>
        <w:rPr>
          <w:rFonts w:cs="Times New Roman"/>
          <w:szCs w:val="24"/>
        </w:rPr>
      </w:pPr>
      <w:proofErr w:type="spellStart"/>
      <w:r w:rsidRPr="006B10E0">
        <w:rPr>
          <w:rFonts w:cs="Times New Roman"/>
          <w:b/>
          <w:szCs w:val="24"/>
        </w:rPr>
        <w:t>Quantitativos</w:t>
      </w:r>
      <w:proofErr w:type="spellEnd"/>
      <w:r w:rsidRPr="006B10E0">
        <w:rPr>
          <w:rFonts w:cs="Times New Roman"/>
          <w:b/>
          <w:szCs w:val="24"/>
        </w:rPr>
        <w:t xml:space="preserve"> </w:t>
      </w:r>
      <w:proofErr w:type="spellStart"/>
      <w:r w:rsidRPr="006B10E0">
        <w:rPr>
          <w:rFonts w:cs="Times New Roman"/>
          <w:b/>
          <w:szCs w:val="24"/>
        </w:rPr>
        <w:t>mínimos</w:t>
      </w:r>
      <w:proofErr w:type="spellEnd"/>
      <w:r w:rsidRPr="006B10E0">
        <w:rPr>
          <w:rFonts w:cs="Times New Roman"/>
          <w:b/>
          <w:szCs w:val="24"/>
        </w:rPr>
        <w:t xml:space="preserve"> de </w:t>
      </w:r>
      <w:proofErr w:type="spellStart"/>
      <w:r w:rsidRPr="006B10E0">
        <w:rPr>
          <w:rFonts w:cs="Times New Roman"/>
          <w:b/>
          <w:szCs w:val="24"/>
        </w:rPr>
        <w:t>qualificação</w:t>
      </w:r>
      <w:proofErr w:type="spellEnd"/>
      <w:r w:rsidRPr="006B10E0">
        <w:rPr>
          <w:rFonts w:cs="Times New Roman"/>
          <w:b/>
          <w:szCs w:val="24"/>
        </w:rPr>
        <w:t xml:space="preserve"> </w:t>
      </w:r>
      <w:proofErr w:type="spellStart"/>
      <w:r w:rsidRPr="006B10E0">
        <w:rPr>
          <w:rFonts w:cs="Times New Roman"/>
          <w:b/>
          <w:szCs w:val="24"/>
        </w:rPr>
        <w:t>técnica</w:t>
      </w:r>
      <w:proofErr w:type="spellEnd"/>
    </w:p>
    <w:tbl>
      <w:tblPr>
        <w:tblStyle w:val="Tabelacomgrade"/>
        <w:tblW w:w="9355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755"/>
        <w:gridCol w:w="2300"/>
        <w:gridCol w:w="2300"/>
      </w:tblGrid>
      <w:tr w:rsidR="00C82BC5" w:rsidRPr="006B10E0" w14:paraId="4A548811" w14:textId="77777777">
        <w:trPr>
          <w:cantSplit/>
          <w:tblHeader/>
        </w:trPr>
        <w:tc>
          <w:tcPr>
            <w:tcW w:w="4755" w:type="dxa"/>
          </w:tcPr>
          <w:p w14:paraId="01FA02D2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Serviço</w:t>
            </w:r>
            <w:proofErr w:type="spellEnd"/>
            <w:r w:rsidRPr="006B10E0">
              <w:rPr>
                <w:rFonts w:cs="Times New Roman"/>
                <w:b/>
                <w:szCs w:val="24"/>
              </w:rPr>
              <w:t xml:space="preserve"> a </w:t>
            </w:r>
            <w:proofErr w:type="spellStart"/>
            <w:r w:rsidRPr="006B10E0">
              <w:rPr>
                <w:rFonts w:cs="Times New Roman"/>
                <w:b/>
                <w:szCs w:val="24"/>
              </w:rPr>
              <w:t>comprovar</w:t>
            </w:r>
            <w:proofErr w:type="spellEnd"/>
          </w:p>
        </w:tc>
        <w:tc>
          <w:tcPr>
            <w:tcW w:w="2300" w:type="dxa"/>
          </w:tcPr>
          <w:p w14:paraId="6F4AE8FC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Mínimo</w:t>
            </w:r>
            <w:proofErr w:type="spellEnd"/>
            <w:r w:rsidRPr="006B10E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b/>
                <w:szCs w:val="24"/>
              </w:rPr>
              <w:t>técnico-profissional</w:t>
            </w:r>
            <w:proofErr w:type="spellEnd"/>
          </w:p>
        </w:tc>
        <w:tc>
          <w:tcPr>
            <w:tcW w:w="2300" w:type="dxa"/>
          </w:tcPr>
          <w:p w14:paraId="27D8FC51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Mínimo</w:t>
            </w:r>
            <w:proofErr w:type="spellEnd"/>
            <w:r w:rsidRPr="006B10E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b/>
                <w:szCs w:val="24"/>
              </w:rPr>
              <w:t>técnico-operacional</w:t>
            </w:r>
            <w:proofErr w:type="spellEnd"/>
          </w:p>
        </w:tc>
      </w:tr>
      <w:tr w:rsidR="00C82BC5" w:rsidRPr="006B10E0" w14:paraId="13054550" w14:textId="77777777">
        <w:trPr>
          <w:cantSplit/>
        </w:trPr>
        <w:tc>
          <w:tcPr>
            <w:tcW w:w="4755" w:type="dxa"/>
          </w:tcPr>
          <w:p w14:paraId="27F4C972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Execução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ponte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em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armado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pré-moldado</w:t>
            </w:r>
            <w:proofErr w:type="spellEnd"/>
          </w:p>
        </w:tc>
        <w:tc>
          <w:tcPr>
            <w:tcW w:w="2300" w:type="dxa"/>
          </w:tcPr>
          <w:p w14:paraId="74E0E903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200 m²</w:t>
            </w:r>
          </w:p>
        </w:tc>
        <w:tc>
          <w:tcPr>
            <w:tcW w:w="2300" w:type="dxa"/>
          </w:tcPr>
          <w:p w14:paraId="735806AE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200 m²</w:t>
            </w:r>
          </w:p>
        </w:tc>
      </w:tr>
      <w:tr w:rsidR="00C82BC5" w:rsidRPr="006B10E0" w14:paraId="73286BB3" w14:textId="77777777">
        <w:trPr>
          <w:cantSplit/>
        </w:trPr>
        <w:tc>
          <w:tcPr>
            <w:tcW w:w="4755" w:type="dxa"/>
          </w:tcPr>
          <w:p w14:paraId="4C40CA87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Execução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ensecadeiras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em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pontes</w:t>
            </w:r>
          </w:p>
        </w:tc>
        <w:tc>
          <w:tcPr>
            <w:tcW w:w="2300" w:type="dxa"/>
          </w:tcPr>
          <w:p w14:paraId="6CA68D48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68 m²</w:t>
            </w:r>
          </w:p>
        </w:tc>
        <w:tc>
          <w:tcPr>
            <w:tcW w:w="2300" w:type="dxa"/>
          </w:tcPr>
          <w:p w14:paraId="4C87071B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68 m²</w:t>
            </w:r>
          </w:p>
        </w:tc>
      </w:tr>
      <w:tr w:rsidR="00C82BC5" w:rsidRPr="006B10E0" w14:paraId="2BF669D1" w14:textId="77777777">
        <w:trPr>
          <w:cantSplit/>
        </w:trPr>
        <w:tc>
          <w:tcPr>
            <w:tcW w:w="4755" w:type="dxa"/>
          </w:tcPr>
          <w:p w14:paraId="70B8AA82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Execução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longarinas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pré-moldadas</w:t>
            </w:r>
            <w:proofErr w:type="spellEnd"/>
          </w:p>
        </w:tc>
        <w:tc>
          <w:tcPr>
            <w:tcW w:w="2300" w:type="dxa"/>
          </w:tcPr>
          <w:p w14:paraId="7772406C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140 m</w:t>
            </w:r>
          </w:p>
        </w:tc>
        <w:tc>
          <w:tcPr>
            <w:tcW w:w="2300" w:type="dxa"/>
          </w:tcPr>
          <w:p w14:paraId="751E7188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140 m</w:t>
            </w:r>
          </w:p>
        </w:tc>
      </w:tr>
      <w:tr w:rsidR="00C82BC5" w:rsidRPr="006B10E0" w14:paraId="479BD8A5" w14:textId="77777777">
        <w:trPr>
          <w:cantSplit/>
        </w:trPr>
        <w:tc>
          <w:tcPr>
            <w:tcW w:w="4755" w:type="dxa"/>
          </w:tcPr>
          <w:p w14:paraId="274630B3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Execução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longarinas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pré-moldadas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em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pontes com 20 m de </w:t>
            </w:r>
            <w:proofErr w:type="spellStart"/>
            <w:r w:rsidRPr="006B10E0">
              <w:rPr>
                <w:rFonts w:cs="Times New Roman"/>
                <w:szCs w:val="24"/>
              </w:rPr>
              <w:t>vão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livre</w:t>
            </w:r>
          </w:p>
        </w:tc>
        <w:tc>
          <w:tcPr>
            <w:tcW w:w="2300" w:type="dxa"/>
          </w:tcPr>
          <w:p w14:paraId="4AC6F83A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6 </w:t>
            </w:r>
            <w:proofErr w:type="spellStart"/>
            <w:r w:rsidRPr="006B10E0">
              <w:rPr>
                <w:rFonts w:cs="Times New Roman"/>
                <w:szCs w:val="24"/>
              </w:rPr>
              <w:t>unidades</w:t>
            </w:r>
            <w:proofErr w:type="spellEnd"/>
          </w:p>
        </w:tc>
        <w:tc>
          <w:tcPr>
            <w:tcW w:w="2300" w:type="dxa"/>
          </w:tcPr>
          <w:p w14:paraId="4E2DA18F" w14:textId="29245388" w:rsidR="00C82BC5" w:rsidRPr="006B10E0" w:rsidRDefault="00717783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6</w:t>
            </w:r>
            <w:r w:rsidR="00A41A29"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="00A41A29" w:rsidRPr="006B10E0">
              <w:rPr>
                <w:rFonts w:cs="Times New Roman"/>
                <w:szCs w:val="24"/>
              </w:rPr>
              <w:t>unidades</w:t>
            </w:r>
            <w:proofErr w:type="spellEnd"/>
          </w:p>
        </w:tc>
      </w:tr>
      <w:tr w:rsidR="00C82BC5" w:rsidRPr="006B10E0" w14:paraId="0D6C2E79" w14:textId="77777777">
        <w:trPr>
          <w:cantSplit/>
        </w:trPr>
        <w:tc>
          <w:tcPr>
            <w:tcW w:w="4755" w:type="dxa"/>
          </w:tcPr>
          <w:p w14:paraId="40D308C9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Execução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placas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treliçadas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pré-moldadas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para </w:t>
            </w:r>
            <w:proofErr w:type="spellStart"/>
            <w:r w:rsidRPr="006B10E0">
              <w:rPr>
                <w:rFonts w:cs="Times New Roman"/>
                <w:szCs w:val="24"/>
              </w:rPr>
              <w:t>ponte</w:t>
            </w:r>
            <w:proofErr w:type="spellEnd"/>
          </w:p>
        </w:tc>
        <w:tc>
          <w:tcPr>
            <w:tcW w:w="2300" w:type="dxa"/>
          </w:tcPr>
          <w:p w14:paraId="7B04CE7F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200 m²</w:t>
            </w:r>
          </w:p>
        </w:tc>
        <w:tc>
          <w:tcPr>
            <w:tcW w:w="2300" w:type="dxa"/>
          </w:tcPr>
          <w:p w14:paraId="0272E948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200 m²</w:t>
            </w:r>
          </w:p>
        </w:tc>
      </w:tr>
      <w:tr w:rsidR="00C82BC5" w:rsidRPr="006B10E0" w14:paraId="4281ABB1" w14:textId="77777777">
        <w:trPr>
          <w:cantSplit/>
        </w:trPr>
        <w:tc>
          <w:tcPr>
            <w:tcW w:w="4755" w:type="dxa"/>
          </w:tcPr>
          <w:p w14:paraId="0A3F9E19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Execução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capeamento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asfáltico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em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pontes</w:t>
            </w:r>
          </w:p>
        </w:tc>
        <w:tc>
          <w:tcPr>
            <w:tcW w:w="2300" w:type="dxa"/>
          </w:tcPr>
          <w:p w14:paraId="45A0C9CC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400 m²</w:t>
            </w:r>
          </w:p>
        </w:tc>
        <w:tc>
          <w:tcPr>
            <w:tcW w:w="2300" w:type="dxa"/>
          </w:tcPr>
          <w:p w14:paraId="446A7119" w14:textId="77777777" w:rsidR="00C82BC5" w:rsidRPr="006B10E0" w:rsidRDefault="00A41A29">
            <w:pPr>
              <w:spacing w:before="80" w:after="8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400 m²</w:t>
            </w:r>
          </w:p>
        </w:tc>
      </w:tr>
    </w:tbl>
    <w:p w14:paraId="03A47674" w14:textId="77777777" w:rsidR="00C82BC5" w:rsidRPr="006B10E0" w:rsidRDefault="00A41A29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quantitativos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coluna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técnico-profissional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referem</w:t>
      </w:r>
      <w:proofErr w:type="spellEnd"/>
      <w:r w:rsidRPr="006B10E0">
        <w:rPr>
          <w:rFonts w:cs="Times New Roman"/>
          <w:szCs w:val="24"/>
        </w:rPr>
        <w:t xml:space="preserve">-se à </w:t>
      </w:r>
      <w:proofErr w:type="spellStart"/>
      <w:r w:rsidRPr="006B10E0">
        <w:rPr>
          <w:rFonts w:cs="Times New Roman"/>
          <w:szCs w:val="24"/>
        </w:rPr>
        <w:t>experiência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responsáveis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técnicos</w:t>
      </w:r>
      <w:proofErr w:type="spellEnd"/>
      <w:r w:rsidRPr="006B10E0">
        <w:rPr>
          <w:rFonts w:cs="Times New Roman"/>
          <w:szCs w:val="24"/>
        </w:rPr>
        <w:t xml:space="preserve"> que </w:t>
      </w:r>
      <w:proofErr w:type="spellStart"/>
      <w:r w:rsidRPr="006B10E0">
        <w:rPr>
          <w:rFonts w:cs="Times New Roman"/>
          <w:szCs w:val="24"/>
        </w:rPr>
        <w:t>participarão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coluna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técnico-operacional</w:t>
      </w:r>
      <w:proofErr w:type="spellEnd"/>
      <w:r w:rsidRPr="006B10E0">
        <w:rPr>
          <w:rFonts w:cs="Times New Roman"/>
          <w:szCs w:val="24"/>
        </w:rPr>
        <w:t xml:space="preserve">, à </w:t>
      </w:r>
      <w:proofErr w:type="spellStart"/>
      <w:r w:rsidRPr="006B10E0">
        <w:rPr>
          <w:rFonts w:cs="Times New Roman"/>
          <w:szCs w:val="24"/>
        </w:rPr>
        <w:t>experiência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empresa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licitante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exigência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metros de </w:t>
      </w:r>
      <w:proofErr w:type="spellStart"/>
      <w:r w:rsidRPr="006B10E0">
        <w:rPr>
          <w:rFonts w:cs="Times New Roman"/>
          <w:szCs w:val="24"/>
        </w:rPr>
        <w:t>longarinas</w:t>
      </w:r>
      <w:proofErr w:type="spellEnd"/>
      <w:r w:rsidRPr="006B10E0">
        <w:rPr>
          <w:rFonts w:cs="Times New Roman"/>
          <w:szCs w:val="24"/>
        </w:rPr>
        <w:t xml:space="preserve"> e a </w:t>
      </w:r>
      <w:proofErr w:type="spellStart"/>
      <w:r w:rsidRPr="006B10E0">
        <w:rPr>
          <w:rFonts w:cs="Times New Roman"/>
          <w:szCs w:val="24"/>
        </w:rPr>
        <w:t>exigência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unidades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vão</w:t>
      </w:r>
      <w:proofErr w:type="spellEnd"/>
      <w:r w:rsidRPr="006B10E0">
        <w:rPr>
          <w:rFonts w:cs="Times New Roman"/>
          <w:szCs w:val="24"/>
        </w:rPr>
        <w:t xml:space="preserve"> livre de 20 m </w:t>
      </w:r>
      <w:proofErr w:type="spellStart"/>
      <w:r w:rsidRPr="006B10E0">
        <w:rPr>
          <w:rFonts w:cs="Times New Roman"/>
          <w:szCs w:val="24"/>
        </w:rPr>
        <w:t>constituem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requisitos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distintos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documento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fornecido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valores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foram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transcritos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desse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lastRenderedPageBreak/>
        <w:t>documento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compatibilizados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projetos</w:t>
      </w:r>
      <w:proofErr w:type="spellEnd"/>
      <w:r w:rsidRPr="006B10E0">
        <w:rPr>
          <w:rFonts w:cs="Times New Roman"/>
          <w:szCs w:val="24"/>
        </w:rPr>
        <w:t xml:space="preserve"> e a </w:t>
      </w:r>
      <w:proofErr w:type="spellStart"/>
      <w:r w:rsidRPr="006B10E0">
        <w:rPr>
          <w:rFonts w:cs="Times New Roman"/>
          <w:szCs w:val="24"/>
        </w:rPr>
        <w:t>justificativa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exigências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processo</w:t>
      </w:r>
      <w:proofErr w:type="spellEnd"/>
      <w:r w:rsidRPr="006B10E0">
        <w:rPr>
          <w:rFonts w:cs="Times New Roman"/>
          <w:szCs w:val="24"/>
        </w:rPr>
        <w:t>.</w:t>
      </w:r>
    </w:p>
    <w:p w14:paraId="5760E8C0" w14:textId="77777777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controle</w:t>
      </w:r>
      <w:proofErr w:type="spellEnd"/>
      <w:r w:rsidRPr="006B10E0">
        <w:rPr>
          <w:rFonts w:cs="Times New Roman"/>
          <w:szCs w:val="24"/>
        </w:rPr>
        <w:t xml:space="preserve">. O memorial </w:t>
      </w:r>
      <w:proofErr w:type="spellStart"/>
      <w:r w:rsidRPr="006B10E0">
        <w:rPr>
          <w:rFonts w:cs="Times New Roman"/>
          <w:szCs w:val="24"/>
        </w:rPr>
        <w:t>exige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acompanhamento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periódico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semanal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engenheiro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conferência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armaduras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formas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inspeções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verificações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indicadas</w:t>
      </w:r>
      <w:proofErr w:type="spellEnd"/>
      <w:r w:rsidRPr="006B10E0">
        <w:rPr>
          <w:rFonts w:cs="Times New Roman"/>
          <w:szCs w:val="24"/>
        </w:rPr>
        <w:t xml:space="preserve"> pela </w:t>
      </w:r>
      <w:proofErr w:type="spellStart"/>
      <w:r w:rsidRPr="006B10E0">
        <w:rPr>
          <w:rFonts w:cs="Times New Roman"/>
          <w:szCs w:val="24"/>
        </w:rPr>
        <w:t>fiscalização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Patologias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significativas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exigem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suspensão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até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avaliação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estudos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complementares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Materiais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novos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normatizados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certificados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alterações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dependem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autorização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fiscalização</w:t>
      </w:r>
      <w:proofErr w:type="spellEnd"/>
      <w:r w:rsidRPr="006B10E0">
        <w:rPr>
          <w:rFonts w:cs="Times New Roman"/>
          <w:szCs w:val="24"/>
        </w:rPr>
        <w:t>.</w:t>
      </w:r>
    </w:p>
    <w:p w14:paraId="3BCDF8D3" w14:textId="77777777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Requisitos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extraídos</w:t>
      </w:r>
      <w:proofErr w:type="spellEnd"/>
      <w:r w:rsidRPr="006B10E0">
        <w:rPr>
          <w:rFonts w:cs="Times New Roman"/>
          <w:szCs w:val="24"/>
        </w:rPr>
        <w:t xml:space="preserve"> do memorial: </w:t>
      </w:r>
      <w:proofErr w:type="spellStart"/>
      <w:r w:rsidRPr="006B10E0">
        <w:rPr>
          <w:rFonts w:cs="Times New Roman"/>
          <w:szCs w:val="24"/>
        </w:rPr>
        <w:t>fundações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cortinas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fck</w:t>
      </w:r>
      <w:proofErr w:type="spellEnd"/>
      <w:r w:rsidRPr="006B10E0">
        <w:rPr>
          <w:rFonts w:cs="Times New Roman"/>
          <w:szCs w:val="24"/>
        </w:rPr>
        <w:t xml:space="preserve"> = 25 MPa; </w:t>
      </w:r>
      <w:proofErr w:type="spellStart"/>
      <w:r w:rsidRPr="006B10E0">
        <w:rPr>
          <w:rFonts w:cs="Times New Roman"/>
          <w:szCs w:val="24"/>
        </w:rPr>
        <w:t>longarinas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armado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produzidas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fábrica</w:t>
      </w:r>
      <w:proofErr w:type="spellEnd"/>
      <w:r w:rsidRPr="006B10E0">
        <w:rPr>
          <w:rFonts w:cs="Times New Roman"/>
          <w:szCs w:val="24"/>
        </w:rPr>
        <w:t xml:space="preserve">, com </w:t>
      </w:r>
      <w:proofErr w:type="spellStart"/>
      <w:r w:rsidRPr="006B10E0">
        <w:rPr>
          <w:rFonts w:cs="Times New Roman"/>
          <w:szCs w:val="24"/>
        </w:rPr>
        <w:t>controle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tecnológico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placas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treliçadas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espessura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mínima</w:t>
      </w:r>
      <w:proofErr w:type="spellEnd"/>
      <w:r w:rsidRPr="006B10E0">
        <w:rPr>
          <w:rFonts w:cs="Times New Roman"/>
          <w:szCs w:val="24"/>
        </w:rPr>
        <w:t xml:space="preserve"> de 4 cm; </w:t>
      </w:r>
      <w:proofErr w:type="spellStart"/>
      <w:r w:rsidRPr="006B10E0">
        <w:rPr>
          <w:rFonts w:cs="Times New Roman"/>
          <w:szCs w:val="24"/>
        </w:rPr>
        <w:t>capeamento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fck</w:t>
      </w:r>
      <w:proofErr w:type="spellEnd"/>
      <w:r w:rsidRPr="006B10E0">
        <w:rPr>
          <w:rFonts w:cs="Times New Roman"/>
          <w:szCs w:val="24"/>
        </w:rPr>
        <w:t xml:space="preserve"> ≥ 30 MPa; </w:t>
      </w:r>
      <w:proofErr w:type="spellStart"/>
      <w:r w:rsidRPr="006B10E0">
        <w:rPr>
          <w:rFonts w:cs="Times New Roman"/>
          <w:szCs w:val="24"/>
        </w:rPr>
        <w:t>guarda-rodas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fck</w:t>
      </w:r>
      <w:proofErr w:type="spellEnd"/>
      <w:r w:rsidRPr="006B10E0">
        <w:rPr>
          <w:rFonts w:cs="Times New Roman"/>
          <w:szCs w:val="24"/>
        </w:rPr>
        <w:t xml:space="preserve"> ≥ 25 MPa; </w:t>
      </w:r>
      <w:proofErr w:type="spellStart"/>
      <w:r w:rsidRPr="006B10E0">
        <w:rPr>
          <w:rFonts w:cs="Times New Roman"/>
          <w:szCs w:val="24"/>
        </w:rPr>
        <w:t>guarda-corpos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metálicos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conforme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 e com </w:t>
      </w:r>
      <w:proofErr w:type="spellStart"/>
      <w:r w:rsidRPr="006B10E0">
        <w:rPr>
          <w:rFonts w:cs="Times New Roman"/>
          <w:szCs w:val="24"/>
        </w:rPr>
        <w:t>proteção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anticorrosiva</w:t>
      </w:r>
      <w:proofErr w:type="spellEnd"/>
      <w:r w:rsidRPr="006B10E0">
        <w:rPr>
          <w:rFonts w:cs="Times New Roman"/>
          <w:szCs w:val="24"/>
        </w:rPr>
        <w:t xml:space="preserve">. As </w:t>
      </w:r>
      <w:proofErr w:type="spellStart"/>
      <w:r w:rsidRPr="006B10E0">
        <w:rPr>
          <w:rFonts w:cs="Times New Roman"/>
          <w:szCs w:val="24"/>
        </w:rPr>
        <w:t>dimensões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resistências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demais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elementos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conferidas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executivo</w:t>
      </w:r>
      <w:proofErr w:type="spellEnd"/>
      <w:r w:rsidRPr="006B10E0">
        <w:rPr>
          <w:rFonts w:cs="Times New Roman"/>
          <w:szCs w:val="24"/>
        </w:rPr>
        <w:t>.</w:t>
      </w:r>
    </w:p>
    <w:p w14:paraId="67CF7FC8" w14:textId="77777777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logística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Devem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previstos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canteiro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instalações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provisórias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isolamento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sinalização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drenagem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escavações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transporte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içamento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pré-moldados</w:t>
      </w:r>
      <w:proofErr w:type="spellEnd"/>
      <w:r w:rsidRPr="006B10E0">
        <w:rPr>
          <w:rFonts w:cs="Times New Roman"/>
          <w:szCs w:val="24"/>
        </w:rPr>
        <w:t xml:space="preserve">. O </w:t>
      </w:r>
      <w:proofErr w:type="spellStart"/>
      <w:r w:rsidRPr="006B10E0">
        <w:rPr>
          <w:rFonts w:cs="Times New Roman"/>
          <w:szCs w:val="24"/>
        </w:rPr>
        <w:t>içamento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exige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guindaste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compatível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plano</w:t>
      </w:r>
      <w:proofErr w:type="spellEnd"/>
      <w:r w:rsidRPr="006B10E0">
        <w:rPr>
          <w:rFonts w:cs="Times New Roman"/>
          <w:szCs w:val="24"/>
        </w:rPr>
        <w:t xml:space="preserve"> de rigging, </w:t>
      </w:r>
      <w:proofErr w:type="spellStart"/>
      <w:r w:rsidRPr="006B10E0">
        <w:rPr>
          <w:rFonts w:cs="Times New Roman"/>
          <w:szCs w:val="24"/>
        </w:rPr>
        <w:t>sinaleiro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capacitado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área</w:t>
      </w:r>
      <w:proofErr w:type="spellEnd"/>
      <w:r w:rsidRPr="006B10E0">
        <w:rPr>
          <w:rFonts w:cs="Times New Roman"/>
          <w:szCs w:val="24"/>
        </w:rPr>
        <w:t xml:space="preserve"> livre e </w:t>
      </w:r>
      <w:proofErr w:type="spellStart"/>
      <w:r w:rsidRPr="006B10E0">
        <w:rPr>
          <w:rFonts w:cs="Times New Roman"/>
          <w:szCs w:val="24"/>
        </w:rPr>
        <w:t>inspeção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cabos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Observar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normas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técnicas</w:t>
      </w:r>
      <w:proofErr w:type="spellEnd"/>
      <w:r w:rsidRPr="006B10E0">
        <w:rPr>
          <w:rFonts w:cs="Times New Roman"/>
          <w:szCs w:val="24"/>
        </w:rPr>
        <w:t xml:space="preserve"> e de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aplicáveis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incluindo</w:t>
      </w:r>
      <w:proofErr w:type="spellEnd"/>
      <w:r w:rsidRPr="006B10E0">
        <w:rPr>
          <w:rFonts w:cs="Times New Roman"/>
          <w:szCs w:val="24"/>
        </w:rPr>
        <w:t xml:space="preserve"> as NR-18, NR-35 e NR-12 </w:t>
      </w:r>
      <w:proofErr w:type="spellStart"/>
      <w:r w:rsidRPr="006B10E0">
        <w:rPr>
          <w:rFonts w:cs="Times New Roman"/>
          <w:szCs w:val="24"/>
        </w:rPr>
        <w:t>indicadas</w:t>
      </w:r>
      <w:proofErr w:type="spellEnd"/>
      <w:r w:rsidRPr="006B10E0">
        <w:rPr>
          <w:rFonts w:cs="Times New Roman"/>
          <w:szCs w:val="24"/>
        </w:rPr>
        <w:t xml:space="preserve"> no memorial. A </w:t>
      </w:r>
      <w:proofErr w:type="spellStart"/>
      <w:r w:rsidRPr="006B10E0">
        <w:rPr>
          <w:rFonts w:cs="Times New Roman"/>
          <w:szCs w:val="24"/>
        </w:rPr>
        <w:t>relação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normas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suas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edições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revisada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pelo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projetista</w:t>
      </w:r>
      <w:proofErr w:type="spellEnd"/>
      <w:r w:rsidRPr="006B10E0">
        <w:rPr>
          <w:rFonts w:cs="Times New Roman"/>
          <w:szCs w:val="24"/>
        </w:rPr>
        <w:t xml:space="preserve"> antes da </w:t>
      </w:r>
      <w:proofErr w:type="spellStart"/>
      <w:r w:rsidRPr="006B10E0">
        <w:rPr>
          <w:rFonts w:cs="Times New Roman"/>
          <w:szCs w:val="24"/>
        </w:rPr>
        <w:t>publicação</w:t>
      </w:r>
      <w:proofErr w:type="spellEnd"/>
      <w:r w:rsidRPr="006B10E0">
        <w:rPr>
          <w:rFonts w:cs="Times New Roman"/>
          <w:szCs w:val="24"/>
        </w:rPr>
        <w:t>.</w:t>
      </w:r>
    </w:p>
    <w:p w14:paraId="1E66004A" w14:textId="05FB319A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Visita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garantia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subcontratação</w:t>
      </w:r>
      <w:proofErr w:type="spellEnd"/>
      <w:r w:rsidRPr="006B10E0">
        <w:rPr>
          <w:rFonts w:cs="Times New Roman"/>
          <w:szCs w:val="24"/>
        </w:rPr>
        <w:t xml:space="preserve">. As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conhecimento</w:t>
      </w:r>
      <w:proofErr w:type="spellEnd"/>
      <w:r w:rsidRPr="006B10E0">
        <w:rPr>
          <w:rFonts w:cs="Times New Roman"/>
          <w:szCs w:val="24"/>
        </w:rPr>
        <w:t xml:space="preserve"> do local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estabelecidas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edital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admitida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declaração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substitutiva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termos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legais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houver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previsão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vistoria</w:t>
      </w:r>
      <w:proofErr w:type="spellEnd"/>
      <w:r w:rsidRPr="006B10E0">
        <w:rPr>
          <w:rFonts w:cs="Times New Roman"/>
          <w:szCs w:val="24"/>
        </w:rPr>
        <w:t xml:space="preserve">. </w:t>
      </w:r>
    </w:p>
    <w:p w14:paraId="4A25C82F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4. ESTIMATIVA DE QUANTIDADES</w:t>
      </w:r>
    </w:p>
    <w:p w14:paraId="267DA0D9" w14:textId="15E341CE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O memorial </w:t>
      </w:r>
      <w:proofErr w:type="spellStart"/>
      <w:r w:rsidRPr="006B10E0">
        <w:rPr>
          <w:rFonts w:cs="Times New Roman"/>
          <w:szCs w:val="24"/>
        </w:rPr>
        <w:t>apresenta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uma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ponte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dimensões</w:t>
      </w:r>
      <w:proofErr w:type="spellEnd"/>
      <w:r w:rsidRPr="006B10E0">
        <w:rPr>
          <w:rFonts w:cs="Times New Roman"/>
          <w:szCs w:val="24"/>
        </w:rPr>
        <w:t xml:space="preserve"> de 10,00 × 40,00 m. O </w:t>
      </w:r>
      <w:proofErr w:type="spellStart"/>
      <w:r w:rsidRPr="006B10E0">
        <w:rPr>
          <w:rFonts w:cs="Times New Roman"/>
          <w:szCs w:val="24"/>
        </w:rPr>
        <w:t>produto</w:t>
      </w:r>
      <w:proofErr w:type="spellEnd"/>
      <w:r w:rsidRPr="006B10E0">
        <w:rPr>
          <w:rFonts w:cs="Times New Roman"/>
          <w:szCs w:val="24"/>
        </w:rPr>
        <w:t xml:space="preserve"> dessas </w:t>
      </w:r>
      <w:proofErr w:type="spellStart"/>
      <w:r w:rsidRPr="006B10E0">
        <w:rPr>
          <w:rFonts w:cs="Times New Roman"/>
          <w:szCs w:val="24"/>
        </w:rPr>
        <w:t>dimensões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corresponde</w:t>
      </w:r>
      <w:proofErr w:type="spellEnd"/>
      <w:r w:rsidRPr="006B10E0">
        <w:rPr>
          <w:rFonts w:cs="Times New Roman"/>
          <w:szCs w:val="24"/>
        </w:rPr>
        <w:t xml:space="preserve"> a 400,00 m² de </w:t>
      </w:r>
      <w:proofErr w:type="spellStart"/>
      <w:r w:rsidRPr="006B10E0">
        <w:rPr>
          <w:rFonts w:cs="Times New Roman"/>
          <w:szCs w:val="24"/>
        </w:rPr>
        <w:t>área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geométrica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referência</w:t>
      </w:r>
      <w:proofErr w:type="spellEnd"/>
      <w:r w:rsidR="008D1744" w:rsidRPr="006B10E0">
        <w:rPr>
          <w:rFonts w:cs="Times New Roman"/>
          <w:szCs w:val="24"/>
        </w:rPr>
        <w:t>.</w:t>
      </w:r>
    </w:p>
    <w:p w14:paraId="0930F985" w14:textId="4A6035C1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quantitativos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referência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constam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planilha</w:t>
      </w:r>
      <w:proofErr w:type="spellEnd"/>
      <w:r w:rsidRPr="006B10E0">
        <w:rPr>
          <w:rFonts w:cs="Times New Roman"/>
          <w:szCs w:val="24"/>
        </w:rPr>
        <w:t xml:space="preserve">. A </w:t>
      </w:r>
      <w:proofErr w:type="spellStart"/>
      <w:r w:rsidRPr="006B10E0">
        <w:rPr>
          <w:rFonts w:cs="Times New Roman"/>
          <w:szCs w:val="24"/>
        </w:rPr>
        <w:t>memória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cálculo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projetos</w:t>
      </w:r>
      <w:proofErr w:type="spellEnd"/>
      <w:r w:rsidRPr="006B10E0">
        <w:rPr>
          <w:rFonts w:cs="Times New Roman"/>
          <w:szCs w:val="24"/>
        </w:rPr>
        <w:t xml:space="preserve"> que </w:t>
      </w:r>
      <w:proofErr w:type="spellStart"/>
      <w:r w:rsidRPr="006B10E0">
        <w:rPr>
          <w:rFonts w:cs="Times New Roman"/>
          <w:szCs w:val="24"/>
        </w:rPr>
        <w:t>lhes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suporte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ainda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integrar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processo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dados </w:t>
      </w:r>
      <w:proofErr w:type="spellStart"/>
      <w:r w:rsidRPr="006B10E0">
        <w:rPr>
          <w:rFonts w:cs="Times New Roman"/>
          <w:szCs w:val="24"/>
        </w:rPr>
        <w:t>foram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transcritos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planilha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validar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dimensionamento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ou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substituir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conferência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pelo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responsável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</w:t>
      </w:r>
      <w:proofErr w:type="spellEnd"/>
      <w:r w:rsidRPr="006B10E0">
        <w:rPr>
          <w:rFonts w:cs="Times New Roman"/>
          <w:szCs w:val="24"/>
        </w:rPr>
        <w:t>.</w:t>
      </w:r>
    </w:p>
    <w:tbl>
      <w:tblPr>
        <w:tblStyle w:val="Tabelacomgrade"/>
        <w:tblW w:w="9355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6600"/>
        <w:gridCol w:w="1200"/>
        <w:gridCol w:w="1555"/>
      </w:tblGrid>
      <w:tr w:rsidR="005064CF" w:rsidRPr="006B10E0" w14:paraId="01B59430" w14:textId="77777777">
        <w:trPr>
          <w:cantSplit/>
          <w:tblHeader/>
        </w:trPr>
        <w:tc>
          <w:tcPr>
            <w:tcW w:w="6600" w:type="dxa"/>
          </w:tcPr>
          <w:p w14:paraId="36E1221B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Serviço</w:t>
            </w:r>
            <w:proofErr w:type="spellEnd"/>
            <w:r w:rsidRPr="006B10E0">
              <w:rPr>
                <w:rFonts w:cs="Times New Roman"/>
                <w:b/>
                <w:szCs w:val="24"/>
              </w:rPr>
              <w:t xml:space="preserve"> / item da </w:t>
            </w:r>
            <w:proofErr w:type="spellStart"/>
            <w:r w:rsidRPr="006B10E0">
              <w:rPr>
                <w:rFonts w:cs="Times New Roman"/>
                <w:b/>
                <w:szCs w:val="24"/>
              </w:rPr>
              <w:t>planilha</w:t>
            </w:r>
            <w:proofErr w:type="spellEnd"/>
          </w:p>
        </w:tc>
        <w:tc>
          <w:tcPr>
            <w:tcW w:w="1200" w:type="dxa"/>
          </w:tcPr>
          <w:p w14:paraId="75E647E3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Unidade</w:t>
            </w:r>
            <w:proofErr w:type="spellEnd"/>
          </w:p>
        </w:tc>
        <w:tc>
          <w:tcPr>
            <w:tcW w:w="1555" w:type="dxa"/>
          </w:tcPr>
          <w:p w14:paraId="1E60C6C1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Quantidade</w:t>
            </w:r>
            <w:proofErr w:type="spellEnd"/>
          </w:p>
        </w:tc>
      </w:tr>
      <w:tr w:rsidR="005064CF" w:rsidRPr="006B10E0" w14:paraId="02A128BF" w14:textId="77777777">
        <w:trPr>
          <w:cantSplit/>
        </w:trPr>
        <w:tc>
          <w:tcPr>
            <w:tcW w:w="6600" w:type="dxa"/>
          </w:tcPr>
          <w:p w14:paraId="2E02A026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Demolição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pilares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e vigas – 1.2.0.5</w:t>
            </w:r>
          </w:p>
        </w:tc>
        <w:tc>
          <w:tcPr>
            <w:tcW w:w="1200" w:type="dxa"/>
          </w:tcPr>
          <w:p w14:paraId="35C699D0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1F07A066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98,39</w:t>
            </w:r>
          </w:p>
        </w:tc>
      </w:tr>
      <w:tr w:rsidR="005064CF" w:rsidRPr="006B10E0" w14:paraId="6935CB0B" w14:textId="77777777">
        <w:trPr>
          <w:cantSplit/>
        </w:trPr>
        <w:tc>
          <w:tcPr>
            <w:tcW w:w="6600" w:type="dxa"/>
          </w:tcPr>
          <w:p w14:paraId="7BA4E9FF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Aterro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compactado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– 1.3.0.3</w:t>
            </w:r>
          </w:p>
        </w:tc>
        <w:tc>
          <w:tcPr>
            <w:tcW w:w="1200" w:type="dxa"/>
          </w:tcPr>
          <w:p w14:paraId="00B1C7D7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3F4C3263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1.310,77</w:t>
            </w:r>
          </w:p>
        </w:tc>
      </w:tr>
      <w:tr w:rsidR="005064CF" w:rsidRPr="006B10E0" w14:paraId="7F833534" w14:textId="77777777">
        <w:trPr>
          <w:cantSplit/>
        </w:trPr>
        <w:tc>
          <w:tcPr>
            <w:tcW w:w="6600" w:type="dxa"/>
          </w:tcPr>
          <w:p w14:paraId="4FBB4A73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sapatas</w:t>
            </w:r>
            <w:proofErr w:type="spellEnd"/>
            <w:r w:rsidRPr="006B10E0">
              <w:rPr>
                <w:rFonts w:cs="Times New Roman"/>
                <w:szCs w:val="24"/>
              </w:rPr>
              <w:t>, 25 MPa – 1.4.0.12</w:t>
            </w:r>
          </w:p>
        </w:tc>
        <w:tc>
          <w:tcPr>
            <w:tcW w:w="1200" w:type="dxa"/>
          </w:tcPr>
          <w:p w14:paraId="5F23F55E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0188FDF4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78,85</w:t>
            </w:r>
          </w:p>
        </w:tc>
      </w:tr>
      <w:tr w:rsidR="005064CF" w:rsidRPr="006B10E0" w14:paraId="2689C535" w14:textId="77777777">
        <w:trPr>
          <w:cantSplit/>
        </w:trPr>
        <w:tc>
          <w:tcPr>
            <w:tcW w:w="6600" w:type="dxa"/>
          </w:tcPr>
          <w:p w14:paraId="679D1B9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pilares</w:t>
            </w:r>
            <w:proofErr w:type="spellEnd"/>
            <w:r w:rsidRPr="006B10E0">
              <w:rPr>
                <w:rFonts w:cs="Times New Roman"/>
                <w:szCs w:val="24"/>
              </w:rPr>
              <w:t>, 25 MPa – 2.1.0.9</w:t>
            </w:r>
          </w:p>
        </w:tc>
        <w:tc>
          <w:tcPr>
            <w:tcW w:w="1200" w:type="dxa"/>
          </w:tcPr>
          <w:p w14:paraId="1138D72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4CA30F2B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29,11</w:t>
            </w:r>
          </w:p>
        </w:tc>
      </w:tr>
      <w:tr w:rsidR="005064CF" w:rsidRPr="006B10E0" w14:paraId="70B5FE64" w14:textId="77777777">
        <w:trPr>
          <w:cantSplit/>
        </w:trPr>
        <w:tc>
          <w:tcPr>
            <w:tcW w:w="6600" w:type="dxa"/>
          </w:tcPr>
          <w:p w14:paraId="0E5F3AE7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vigas, 25 MPa – 2.2.0.11</w:t>
            </w:r>
          </w:p>
        </w:tc>
        <w:tc>
          <w:tcPr>
            <w:tcW w:w="1200" w:type="dxa"/>
          </w:tcPr>
          <w:p w14:paraId="76636FAE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5FC05627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16,02</w:t>
            </w:r>
          </w:p>
        </w:tc>
      </w:tr>
      <w:tr w:rsidR="005064CF" w:rsidRPr="006B10E0" w14:paraId="5EDC691C" w14:textId="77777777">
        <w:trPr>
          <w:cantSplit/>
        </w:trPr>
        <w:tc>
          <w:tcPr>
            <w:tcW w:w="6600" w:type="dxa"/>
          </w:tcPr>
          <w:p w14:paraId="10ED3592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lastRenderedPageBreak/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cortinas</w:t>
            </w:r>
            <w:proofErr w:type="spellEnd"/>
            <w:r w:rsidRPr="006B10E0">
              <w:rPr>
                <w:rFonts w:cs="Times New Roman"/>
                <w:szCs w:val="24"/>
              </w:rPr>
              <w:t>, 25 MPa – 2.3.0.9</w:t>
            </w:r>
          </w:p>
        </w:tc>
        <w:tc>
          <w:tcPr>
            <w:tcW w:w="1200" w:type="dxa"/>
          </w:tcPr>
          <w:p w14:paraId="772CE399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10246251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104,50</w:t>
            </w:r>
          </w:p>
        </w:tc>
      </w:tr>
      <w:tr w:rsidR="005064CF" w:rsidRPr="006B10E0" w14:paraId="4AC1EDEA" w14:textId="77777777">
        <w:trPr>
          <w:cantSplit/>
        </w:trPr>
        <w:tc>
          <w:tcPr>
            <w:tcW w:w="6600" w:type="dxa"/>
          </w:tcPr>
          <w:p w14:paraId="48B92D0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Longarinas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6B10E0">
              <w:rPr>
                <w:rFonts w:cs="Times New Roman"/>
                <w:szCs w:val="24"/>
              </w:rPr>
              <w:t>seção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0,45 × 1,00 m – 3.1.1.1</w:t>
            </w:r>
          </w:p>
        </w:tc>
        <w:tc>
          <w:tcPr>
            <w:tcW w:w="1200" w:type="dxa"/>
          </w:tcPr>
          <w:p w14:paraId="0301B89F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</w:t>
            </w:r>
          </w:p>
        </w:tc>
        <w:tc>
          <w:tcPr>
            <w:tcW w:w="1555" w:type="dxa"/>
          </w:tcPr>
          <w:p w14:paraId="7414530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280,00</w:t>
            </w:r>
          </w:p>
        </w:tc>
      </w:tr>
      <w:tr w:rsidR="005064CF" w:rsidRPr="006B10E0" w14:paraId="5E0680FA" w14:textId="77777777">
        <w:trPr>
          <w:cantSplit/>
        </w:trPr>
        <w:tc>
          <w:tcPr>
            <w:tcW w:w="6600" w:type="dxa"/>
          </w:tcPr>
          <w:p w14:paraId="0CD10799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Placas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treliçadas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– 3.1.2.1</w:t>
            </w:r>
          </w:p>
        </w:tc>
        <w:tc>
          <w:tcPr>
            <w:tcW w:w="1200" w:type="dxa"/>
          </w:tcPr>
          <w:p w14:paraId="4A1D270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m²</w:t>
            </w:r>
          </w:p>
        </w:tc>
        <w:tc>
          <w:tcPr>
            <w:tcW w:w="1555" w:type="dxa"/>
          </w:tcPr>
          <w:p w14:paraId="5B6F75C9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400,00</w:t>
            </w:r>
          </w:p>
        </w:tc>
      </w:tr>
      <w:tr w:rsidR="005064CF" w:rsidRPr="006B10E0" w14:paraId="3DD53B5D" w14:textId="77777777">
        <w:trPr>
          <w:cantSplit/>
        </w:trPr>
        <w:tc>
          <w:tcPr>
            <w:tcW w:w="6600" w:type="dxa"/>
          </w:tcPr>
          <w:p w14:paraId="3A8ED24F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do </w:t>
            </w:r>
            <w:proofErr w:type="spellStart"/>
            <w:r w:rsidRPr="006B10E0">
              <w:rPr>
                <w:rFonts w:cs="Times New Roman"/>
                <w:szCs w:val="24"/>
              </w:rPr>
              <w:t>capeamento</w:t>
            </w:r>
            <w:proofErr w:type="spellEnd"/>
            <w:r w:rsidRPr="006B10E0">
              <w:rPr>
                <w:rFonts w:cs="Times New Roman"/>
                <w:szCs w:val="24"/>
              </w:rPr>
              <w:t>, 30 MPa – 3.1.3.9</w:t>
            </w:r>
          </w:p>
        </w:tc>
        <w:tc>
          <w:tcPr>
            <w:tcW w:w="1200" w:type="dxa"/>
          </w:tcPr>
          <w:p w14:paraId="1426F239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35274029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72,00</w:t>
            </w:r>
          </w:p>
        </w:tc>
      </w:tr>
      <w:tr w:rsidR="005064CF" w:rsidRPr="006B10E0" w14:paraId="12E44E95" w14:textId="77777777">
        <w:trPr>
          <w:cantSplit/>
        </w:trPr>
        <w:tc>
          <w:tcPr>
            <w:tcW w:w="6600" w:type="dxa"/>
          </w:tcPr>
          <w:p w14:paraId="385329C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transversinas</w:t>
            </w:r>
            <w:proofErr w:type="spellEnd"/>
            <w:r w:rsidRPr="006B10E0">
              <w:rPr>
                <w:rFonts w:cs="Times New Roman"/>
                <w:szCs w:val="24"/>
              </w:rPr>
              <w:t>, 25 MPa – 3.1.4.5</w:t>
            </w:r>
          </w:p>
        </w:tc>
        <w:tc>
          <w:tcPr>
            <w:tcW w:w="1200" w:type="dxa"/>
          </w:tcPr>
          <w:p w14:paraId="6976FD67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14E43C27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18,68</w:t>
            </w:r>
          </w:p>
        </w:tc>
      </w:tr>
      <w:tr w:rsidR="005064CF" w:rsidRPr="006B10E0" w14:paraId="091D73C3" w14:textId="77777777">
        <w:trPr>
          <w:cantSplit/>
        </w:trPr>
        <w:tc>
          <w:tcPr>
            <w:tcW w:w="6600" w:type="dxa"/>
          </w:tcPr>
          <w:p w14:paraId="5BA75643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Guarda-</w:t>
            </w:r>
            <w:proofErr w:type="spellStart"/>
            <w:r w:rsidRPr="006B10E0">
              <w:rPr>
                <w:rFonts w:cs="Times New Roman"/>
                <w:szCs w:val="24"/>
              </w:rPr>
              <w:t>rodas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6B10E0">
              <w:rPr>
                <w:rFonts w:cs="Times New Roman"/>
                <w:szCs w:val="24"/>
              </w:rPr>
              <w:t>guarda-corpo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– 3.1.5.1 / 3.1.6.1</w:t>
            </w:r>
          </w:p>
        </w:tc>
        <w:tc>
          <w:tcPr>
            <w:tcW w:w="1200" w:type="dxa"/>
          </w:tcPr>
          <w:p w14:paraId="3DA521A8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</w:t>
            </w:r>
          </w:p>
        </w:tc>
        <w:tc>
          <w:tcPr>
            <w:tcW w:w="1555" w:type="dxa"/>
          </w:tcPr>
          <w:p w14:paraId="0308F14B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80,00 </w:t>
            </w:r>
            <w:proofErr w:type="spellStart"/>
            <w:r w:rsidRPr="006B10E0">
              <w:rPr>
                <w:rFonts w:cs="Times New Roman"/>
                <w:szCs w:val="24"/>
              </w:rPr>
              <w:t>cada</w:t>
            </w:r>
            <w:proofErr w:type="spellEnd"/>
          </w:p>
        </w:tc>
      </w:tr>
      <w:tr w:rsidR="005064CF" w:rsidRPr="006B10E0" w14:paraId="19B498E8" w14:textId="77777777">
        <w:trPr>
          <w:cantSplit/>
        </w:trPr>
        <w:tc>
          <w:tcPr>
            <w:tcW w:w="6600" w:type="dxa"/>
          </w:tcPr>
          <w:p w14:paraId="49EEA51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Regularização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6B10E0">
              <w:rPr>
                <w:rFonts w:cs="Times New Roman"/>
                <w:szCs w:val="24"/>
              </w:rPr>
              <w:t>subleito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– 4.1.0.1</w:t>
            </w:r>
          </w:p>
        </w:tc>
        <w:tc>
          <w:tcPr>
            <w:tcW w:w="1200" w:type="dxa"/>
          </w:tcPr>
          <w:p w14:paraId="633FEBA9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m²</w:t>
            </w:r>
          </w:p>
        </w:tc>
        <w:tc>
          <w:tcPr>
            <w:tcW w:w="1555" w:type="dxa"/>
          </w:tcPr>
          <w:p w14:paraId="2640A988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400,00</w:t>
            </w:r>
          </w:p>
        </w:tc>
      </w:tr>
      <w:tr w:rsidR="005064CF" w:rsidRPr="006B10E0" w14:paraId="4F12091E" w14:textId="77777777">
        <w:trPr>
          <w:cantSplit/>
        </w:trPr>
        <w:tc>
          <w:tcPr>
            <w:tcW w:w="6600" w:type="dxa"/>
          </w:tcPr>
          <w:p w14:paraId="405AAF3C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Base e sub-base de </w:t>
            </w:r>
            <w:proofErr w:type="spellStart"/>
            <w:r w:rsidRPr="006B10E0">
              <w:rPr>
                <w:rFonts w:cs="Times New Roman"/>
                <w:szCs w:val="24"/>
              </w:rPr>
              <w:t>brita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– 4.1.0.2</w:t>
            </w:r>
          </w:p>
        </w:tc>
        <w:tc>
          <w:tcPr>
            <w:tcW w:w="1200" w:type="dxa"/>
          </w:tcPr>
          <w:p w14:paraId="7201580D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389BE0F6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60,00</w:t>
            </w:r>
          </w:p>
        </w:tc>
      </w:tr>
      <w:tr w:rsidR="005064CF" w:rsidRPr="006B10E0" w14:paraId="1071819A" w14:textId="77777777">
        <w:trPr>
          <w:cantSplit/>
        </w:trPr>
        <w:tc>
          <w:tcPr>
            <w:tcW w:w="6600" w:type="dxa"/>
          </w:tcPr>
          <w:p w14:paraId="01F4B63E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asfáltico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– 4.2.0.1</w:t>
            </w:r>
          </w:p>
        </w:tc>
        <w:tc>
          <w:tcPr>
            <w:tcW w:w="1200" w:type="dxa"/>
          </w:tcPr>
          <w:p w14:paraId="2400230B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m³</w:t>
            </w:r>
          </w:p>
        </w:tc>
        <w:tc>
          <w:tcPr>
            <w:tcW w:w="1555" w:type="dxa"/>
          </w:tcPr>
          <w:p w14:paraId="344D318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40,00</w:t>
            </w:r>
          </w:p>
        </w:tc>
      </w:tr>
      <w:tr w:rsidR="005064CF" w:rsidRPr="006B10E0" w14:paraId="7716990B" w14:textId="77777777">
        <w:trPr>
          <w:cantSplit/>
        </w:trPr>
        <w:tc>
          <w:tcPr>
            <w:tcW w:w="6600" w:type="dxa"/>
          </w:tcPr>
          <w:p w14:paraId="6D85B2F4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Luminárias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LED – 6.1.0.8</w:t>
            </w:r>
          </w:p>
        </w:tc>
        <w:tc>
          <w:tcPr>
            <w:tcW w:w="1200" w:type="dxa"/>
          </w:tcPr>
          <w:p w14:paraId="3D2F3BD1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un.</w:t>
            </w:r>
          </w:p>
        </w:tc>
        <w:tc>
          <w:tcPr>
            <w:tcW w:w="1555" w:type="dxa"/>
          </w:tcPr>
          <w:p w14:paraId="5816A07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10,00</w:t>
            </w:r>
          </w:p>
        </w:tc>
      </w:tr>
      <w:tr w:rsidR="00783B15" w:rsidRPr="006B10E0" w14:paraId="0FC81DCD" w14:textId="77777777">
        <w:trPr>
          <w:cantSplit/>
        </w:trPr>
        <w:tc>
          <w:tcPr>
            <w:tcW w:w="6600" w:type="dxa"/>
          </w:tcPr>
          <w:p w14:paraId="4B325106" w14:textId="5489EB15" w:rsidR="00783B15" w:rsidRPr="006B10E0" w:rsidRDefault="00783B1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Paisagismo</w:t>
            </w:r>
            <w:proofErr w:type="spellEnd"/>
          </w:p>
        </w:tc>
        <w:tc>
          <w:tcPr>
            <w:tcW w:w="1200" w:type="dxa"/>
          </w:tcPr>
          <w:p w14:paraId="645B2839" w14:textId="13085864" w:rsidR="00783B15" w:rsidRPr="006B10E0" w:rsidRDefault="00783B1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m²</w:t>
            </w:r>
          </w:p>
        </w:tc>
        <w:tc>
          <w:tcPr>
            <w:tcW w:w="1555" w:type="dxa"/>
          </w:tcPr>
          <w:p w14:paraId="1822F2C5" w14:textId="059A223B" w:rsidR="00783B15" w:rsidRPr="006B10E0" w:rsidRDefault="00783B1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132,00</w:t>
            </w:r>
          </w:p>
        </w:tc>
      </w:tr>
    </w:tbl>
    <w:p w14:paraId="38FA3475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5. LEVANTAMENTO DE MERCADO</w:t>
      </w:r>
    </w:p>
    <w:p w14:paraId="30AC8461" w14:textId="77777777" w:rsidR="00783B15" w:rsidRPr="006B10E0" w:rsidRDefault="00783B15" w:rsidP="00783B1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solução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proposta</w:t>
      </w:r>
      <w:proofErr w:type="spellEnd"/>
      <w:r w:rsidRPr="006B10E0">
        <w:rPr>
          <w:rFonts w:cs="Times New Roman"/>
          <w:szCs w:val="24"/>
        </w:rPr>
        <w:t xml:space="preserve"> para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ponte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foi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definida</w:t>
      </w:r>
      <w:proofErr w:type="spellEnd"/>
      <w:r w:rsidRPr="006B10E0">
        <w:rPr>
          <w:rFonts w:cs="Times New Roman"/>
          <w:szCs w:val="24"/>
        </w:rPr>
        <w:t xml:space="preserve"> com base </w:t>
      </w:r>
      <w:proofErr w:type="spellStart"/>
      <w:r w:rsidRPr="006B10E0">
        <w:rPr>
          <w:rFonts w:cs="Times New Roman"/>
          <w:szCs w:val="24"/>
        </w:rPr>
        <w:t>nas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necessidades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identificadas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nas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características</w:t>
      </w:r>
      <w:proofErr w:type="spellEnd"/>
      <w:r w:rsidRPr="006B10E0">
        <w:rPr>
          <w:rFonts w:cs="Times New Roman"/>
          <w:szCs w:val="24"/>
        </w:rPr>
        <w:t xml:space="preserve"> do local e </w:t>
      </w:r>
      <w:proofErr w:type="spellStart"/>
      <w:r w:rsidRPr="006B10E0">
        <w:rPr>
          <w:rFonts w:cs="Times New Roman"/>
          <w:szCs w:val="24"/>
        </w:rPr>
        <w:t>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concepção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estabelecida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 e no memorial </w:t>
      </w:r>
      <w:proofErr w:type="spellStart"/>
      <w:r w:rsidRPr="006B10E0">
        <w:rPr>
          <w:rFonts w:cs="Times New Roman"/>
          <w:szCs w:val="24"/>
        </w:rPr>
        <w:t>descritivo</w:t>
      </w:r>
      <w:proofErr w:type="spellEnd"/>
      <w:r w:rsidRPr="006B10E0">
        <w:rPr>
          <w:rFonts w:cs="Times New Roman"/>
          <w:szCs w:val="24"/>
        </w:rPr>
        <w:t>.</w:t>
      </w:r>
    </w:p>
    <w:p w14:paraId="655F470A" w14:textId="77777777" w:rsidR="00783B15" w:rsidRPr="006B10E0" w:rsidRDefault="00783B15" w:rsidP="00783B1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solução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consiste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infraestrutura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moldada</w:t>
      </w:r>
      <w:proofErr w:type="spellEnd"/>
      <w:r w:rsidRPr="006B10E0">
        <w:rPr>
          <w:rFonts w:cs="Times New Roman"/>
          <w:szCs w:val="24"/>
        </w:rPr>
        <w:t xml:space="preserve"> no local e </w:t>
      </w:r>
      <w:proofErr w:type="spellStart"/>
      <w:r w:rsidRPr="006B10E0">
        <w:rPr>
          <w:rFonts w:cs="Times New Roman"/>
          <w:szCs w:val="24"/>
        </w:rPr>
        <w:t>superestrutura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pré-moldada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conforme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especificações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técnicas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contemplando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necessários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completa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incluindo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pavimentação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estruturas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metálicas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iluminação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conforme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previsto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documentos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técnicos</w:t>
      </w:r>
      <w:proofErr w:type="spellEnd"/>
      <w:r w:rsidRPr="006B10E0">
        <w:rPr>
          <w:rFonts w:cs="Times New Roman"/>
          <w:szCs w:val="24"/>
        </w:rPr>
        <w:t>.</w:t>
      </w:r>
    </w:p>
    <w:p w14:paraId="1335479E" w14:textId="77777777" w:rsidR="00783B15" w:rsidRPr="006B10E0" w:rsidRDefault="00783B15" w:rsidP="00783B15">
      <w:pPr>
        <w:rPr>
          <w:rFonts w:cs="Times New Roman"/>
          <w:szCs w:val="24"/>
        </w:rPr>
      </w:pP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adoção</w:t>
      </w:r>
      <w:proofErr w:type="spellEnd"/>
      <w:r w:rsidRPr="006B10E0">
        <w:rPr>
          <w:rFonts w:cs="Times New Roman"/>
          <w:szCs w:val="24"/>
        </w:rPr>
        <w:t xml:space="preserve"> dessa </w:t>
      </w:r>
      <w:proofErr w:type="spellStart"/>
      <w:r w:rsidRPr="006B10E0">
        <w:rPr>
          <w:rFonts w:cs="Times New Roman"/>
          <w:szCs w:val="24"/>
        </w:rPr>
        <w:t>solução</w:t>
      </w:r>
      <w:proofErr w:type="spellEnd"/>
      <w:r w:rsidRPr="006B10E0">
        <w:rPr>
          <w:rFonts w:cs="Times New Roman"/>
          <w:szCs w:val="24"/>
        </w:rPr>
        <w:t xml:space="preserve"> visa </w:t>
      </w:r>
      <w:proofErr w:type="spellStart"/>
      <w:r w:rsidRPr="006B10E0">
        <w:rPr>
          <w:rFonts w:cs="Times New Roman"/>
          <w:szCs w:val="24"/>
        </w:rPr>
        <w:t>atender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às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necessidades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funcionalidade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durabilidade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travessia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observando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locais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e as </w:t>
      </w:r>
      <w:proofErr w:type="spellStart"/>
      <w:r w:rsidRPr="006B10E0">
        <w:rPr>
          <w:rFonts w:cs="Times New Roman"/>
          <w:szCs w:val="24"/>
        </w:rPr>
        <w:t>especificações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estabelecidas</w:t>
      </w:r>
      <w:proofErr w:type="spellEnd"/>
      <w:r w:rsidRPr="006B10E0">
        <w:rPr>
          <w:rFonts w:cs="Times New Roman"/>
          <w:szCs w:val="24"/>
        </w:rPr>
        <w:t xml:space="preserve"> para 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>.</w:t>
      </w:r>
    </w:p>
    <w:p w14:paraId="7E092AF9" w14:textId="77777777" w:rsidR="00783B15" w:rsidRPr="006B10E0" w:rsidRDefault="00783B15" w:rsidP="00783B1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Dessa forma, </w:t>
      </w:r>
      <w:proofErr w:type="spellStart"/>
      <w:r w:rsidRPr="006B10E0">
        <w:rPr>
          <w:rFonts w:cs="Times New Roman"/>
          <w:szCs w:val="24"/>
        </w:rPr>
        <w:t>considerando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solução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definida</w:t>
      </w:r>
      <w:proofErr w:type="spellEnd"/>
      <w:r w:rsidRPr="006B10E0">
        <w:rPr>
          <w:rFonts w:cs="Times New Roman"/>
          <w:szCs w:val="24"/>
        </w:rPr>
        <w:t xml:space="preserve"> e as </w:t>
      </w:r>
      <w:proofErr w:type="spellStart"/>
      <w:r w:rsidRPr="006B10E0">
        <w:rPr>
          <w:rFonts w:cs="Times New Roman"/>
          <w:szCs w:val="24"/>
        </w:rPr>
        <w:t>características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empreendimento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entende</w:t>
      </w:r>
      <w:proofErr w:type="spellEnd"/>
      <w:r w:rsidRPr="006B10E0">
        <w:rPr>
          <w:rFonts w:cs="Times New Roman"/>
          <w:szCs w:val="24"/>
        </w:rPr>
        <w:t xml:space="preserve">-se que a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empresa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especializada</w:t>
      </w:r>
      <w:proofErr w:type="spellEnd"/>
      <w:r w:rsidRPr="006B10E0">
        <w:rPr>
          <w:rFonts w:cs="Times New Roman"/>
          <w:szCs w:val="24"/>
        </w:rPr>
        <w:t xml:space="preserve"> para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integral do </w:t>
      </w:r>
      <w:proofErr w:type="spellStart"/>
      <w:r w:rsidRPr="006B10E0">
        <w:rPr>
          <w:rFonts w:cs="Times New Roman"/>
          <w:szCs w:val="24"/>
        </w:rPr>
        <w:t>objeto</w:t>
      </w:r>
      <w:proofErr w:type="spellEnd"/>
      <w:r w:rsidRPr="006B10E0">
        <w:rPr>
          <w:rFonts w:cs="Times New Roman"/>
          <w:szCs w:val="24"/>
        </w:rPr>
        <w:t xml:space="preserve"> é </w:t>
      </w:r>
      <w:proofErr w:type="spellStart"/>
      <w:r w:rsidRPr="006B10E0">
        <w:rPr>
          <w:rFonts w:cs="Times New Roman"/>
          <w:szCs w:val="24"/>
        </w:rPr>
        <w:t>adequada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atendimento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necessidade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Administração</w:t>
      </w:r>
      <w:proofErr w:type="spellEnd"/>
      <w:r w:rsidRPr="006B10E0">
        <w:rPr>
          <w:rFonts w:cs="Times New Roman"/>
          <w:szCs w:val="24"/>
        </w:rPr>
        <w:t xml:space="preserve"> Municipal, </w:t>
      </w:r>
      <w:proofErr w:type="spellStart"/>
      <w:r w:rsidRPr="006B10E0">
        <w:rPr>
          <w:rFonts w:cs="Times New Roman"/>
          <w:szCs w:val="24"/>
        </w:rPr>
        <w:t>devendo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observados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memoriais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planilhas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orçamentárias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demais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documentos</w:t>
      </w:r>
      <w:proofErr w:type="spellEnd"/>
      <w:r w:rsidRPr="006B10E0">
        <w:rPr>
          <w:rFonts w:cs="Times New Roman"/>
          <w:szCs w:val="24"/>
        </w:rPr>
        <w:t xml:space="preserve"> que </w:t>
      </w:r>
      <w:proofErr w:type="spellStart"/>
      <w:r w:rsidRPr="006B10E0">
        <w:rPr>
          <w:rFonts w:cs="Times New Roman"/>
          <w:szCs w:val="24"/>
        </w:rPr>
        <w:t>integram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processo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>.</w:t>
      </w:r>
    </w:p>
    <w:p w14:paraId="4910C154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6. ESTIMATIVA DO VALOR DA CONTRATAÇÃO</w:t>
      </w:r>
    </w:p>
    <w:p w14:paraId="22D58903" w14:textId="62D3BED1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>Estima-</w:t>
      </w:r>
      <w:proofErr w:type="spellStart"/>
      <w:r w:rsidRPr="006B10E0">
        <w:rPr>
          <w:rFonts w:cs="Times New Roman"/>
          <w:szCs w:val="24"/>
        </w:rPr>
        <w:t>se 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R$ </w:t>
      </w:r>
      <w:r w:rsidR="008D1744" w:rsidRPr="006B10E0">
        <w:rPr>
          <w:rFonts w:cs="Times New Roman"/>
          <w:szCs w:val="24"/>
        </w:rPr>
        <w:t xml:space="preserve">2.799.018,47 </w:t>
      </w:r>
      <w:r w:rsidRPr="006B10E0">
        <w:rPr>
          <w:rFonts w:cs="Times New Roman"/>
          <w:szCs w:val="24"/>
        </w:rPr>
        <w:t>(</w:t>
      </w:r>
      <w:proofErr w:type="spellStart"/>
      <w:r w:rsidR="008D1744" w:rsidRPr="006B10E0">
        <w:rPr>
          <w:rFonts w:cs="Times New Roman"/>
          <w:szCs w:val="24"/>
        </w:rPr>
        <w:t>dois</w:t>
      </w:r>
      <w:proofErr w:type="spellEnd"/>
      <w:r w:rsidR="008D1744" w:rsidRPr="006B10E0">
        <w:rPr>
          <w:rFonts w:cs="Times New Roman"/>
          <w:szCs w:val="24"/>
        </w:rPr>
        <w:t xml:space="preserve"> </w:t>
      </w:r>
      <w:proofErr w:type="spellStart"/>
      <w:r w:rsidR="008D1744" w:rsidRPr="006B10E0">
        <w:rPr>
          <w:rFonts w:cs="Times New Roman"/>
          <w:szCs w:val="24"/>
        </w:rPr>
        <w:t>milhões</w:t>
      </w:r>
      <w:proofErr w:type="spellEnd"/>
      <w:r w:rsidR="008D1744" w:rsidRPr="006B10E0">
        <w:rPr>
          <w:rFonts w:cs="Times New Roman"/>
          <w:szCs w:val="24"/>
        </w:rPr>
        <w:t xml:space="preserve">, </w:t>
      </w:r>
      <w:proofErr w:type="spellStart"/>
      <w:r w:rsidR="008D1744" w:rsidRPr="006B10E0">
        <w:rPr>
          <w:rFonts w:cs="Times New Roman"/>
          <w:szCs w:val="24"/>
        </w:rPr>
        <w:t>setecentos</w:t>
      </w:r>
      <w:proofErr w:type="spellEnd"/>
      <w:r w:rsidR="008D1744" w:rsidRPr="006B10E0">
        <w:rPr>
          <w:rFonts w:cs="Times New Roman"/>
          <w:szCs w:val="24"/>
        </w:rPr>
        <w:t xml:space="preserve"> e </w:t>
      </w:r>
      <w:proofErr w:type="spellStart"/>
      <w:r w:rsidR="008D1744" w:rsidRPr="006B10E0">
        <w:rPr>
          <w:rFonts w:cs="Times New Roman"/>
          <w:szCs w:val="24"/>
        </w:rPr>
        <w:t>noventa</w:t>
      </w:r>
      <w:proofErr w:type="spellEnd"/>
      <w:r w:rsidR="008D1744" w:rsidRPr="006B10E0">
        <w:rPr>
          <w:rFonts w:cs="Times New Roman"/>
          <w:szCs w:val="24"/>
        </w:rPr>
        <w:t xml:space="preserve"> e </w:t>
      </w:r>
      <w:proofErr w:type="spellStart"/>
      <w:r w:rsidR="008D1744" w:rsidRPr="006B10E0">
        <w:rPr>
          <w:rFonts w:cs="Times New Roman"/>
          <w:szCs w:val="24"/>
        </w:rPr>
        <w:t>nove</w:t>
      </w:r>
      <w:proofErr w:type="spellEnd"/>
      <w:r w:rsidR="008D1744" w:rsidRPr="006B10E0">
        <w:rPr>
          <w:rFonts w:cs="Times New Roman"/>
          <w:szCs w:val="24"/>
        </w:rPr>
        <w:t xml:space="preserve"> mil e </w:t>
      </w:r>
      <w:proofErr w:type="spellStart"/>
      <w:r w:rsidR="008D1744" w:rsidRPr="006B10E0">
        <w:rPr>
          <w:rFonts w:cs="Times New Roman"/>
          <w:szCs w:val="24"/>
        </w:rPr>
        <w:t>dezoito</w:t>
      </w:r>
      <w:proofErr w:type="spellEnd"/>
      <w:r w:rsidR="008D1744" w:rsidRPr="006B10E0">
        <w:rPr>
          <w:rFonts w:cs="Times New Roman"/>
          <w:szCs w:val="24"/>
        </w:rPr>
        <w:t xml:space="preserve"> reais e </w:t>
      </w:r>
      <w:proofErr w:type="spellStart"/>
      <w:r w:rsidR="008D1744" w:rsidRPr="006B10E0">
        <w:rPr>
          <w:rFonts w:cs="Times New Roman"/>
          <w:szCs w:val="24"/>
        </w:rPr>
        <w:t>quarenta</w:t>
      </w:r>
      <w:proofErr w:type="spellEnd"/>
      <w:r w:rsidR="008D1744" w:rsidRPr="006B10E0">
        <w:rPr>
          <w:rFonts w:cs="Times New Roman"/>
          <w:szCs w:val="24"/>
        </w:rPr>
        <w:t xml:space="preserve"> e </w:t>
      </w:r>
      <w:proofErr w:type="spellStart"/>
      <w:r w:rsidR="008D1744" w:rsidRPr="006B10E0">
        <w:rPr>
          <w:rFonts w:cs="Times New Roman"/>
          <w:szCs w:val="24"/>
        </w:rPr>
        <w:t>sete</w:t>
      </w:r>
      <w:proofErr w:type="spellEnd"/>
      <w:r w:rsidR="008D1744" w:rsidRPr="006B10E0">
        <w:rPr>
          <w:rFonts w:cs="Times New Roman"/>
          <w:szCs w:val="24"/>
        </w:rPr>
        <w:t xml:space="preserve"> centavos</w:t>
      </w:r>
      <w:r w:rsidRPr="006B10E0">
        <w:rPr>
          <w:rFonts w:cs="Times New Roman"/>
          <w:szCs w:val="24"/>
        </w:rPr>
        <w:t xml:space="preserve">), </w:t>
      </w:r>
      <w:proofErr w:type="spellStart"/>
      <w:r w:rsidRPr="006B10E0">
        <w:rPr>
          <w:rFonts w:cs="Times New Roman"/>
          <w:szCs w:val="24"/>
        </w:rPr>
        <w:t>conforme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fornecido</w:t>
      </w:r>
      <w:proofErr w:type="spellEnd"/>
      <w:r w:rsidRPr="006B10E0">
        <w:rPr>
          <w:rFonts w:cs="Times New Roman"/>
          <w:szCs w:val="24"/>
        </w:rPr>
        <w:t xml:space="preserve">. A soma dos seis </w:t>
      </w:r>
      <w:proofErr w:type="spellStart"/>
      <w:r w:rsidRPr="006B10E0">
        <w:rPr>
          <w:rFonts w:cs="Times New Roman"/>
          <w:szCs w:val="24"/>
        </w:rPr>
        <w:lastRenderedPageBreak/>
        <w:t>grupos</w:t>
      </w:r>
      <w:proofErr w:type="spellEnd"/>
      <w:r w:rsidRPr="006B10E0">
        <w:rPr>
          <w:rFonts w:cs="Times New Roman"/>
          <w:szCs w:val="24"/>
        </w:rPr>
        <w:t xml:space="preserve"> coincide com o total da </w:t>
      </w:r>
      <w:proofErr w:type="spellStart"/>
      <w:r w:rsidRPr="006B10E0">
        <w:rPr>
          <w:rFonts w:cs="Times New Roman"/>
          <w:szCs w:val="24"/>
        </w:rPr>
        <w:t>planilha</w:t>
      </w:r>
      <w:proofErr w:type="spellEnd"/>
      <w:r w:rsidRPr="006B10E0">
        <w:rPr>
          <w:rFonts w:cs="Times New Roman"/>
          <w:szCs w:val="24"/>
        </w:rPr>
        <w:t xml:space="preserve"> e com o </w:t>
      </w:r>
      <w:proofErr w:type="spellStart"/>
      <w:r w:rsidRPr="006B10E0">
        <w:rPr>
          <w:rFonts w:cs="Times New Roman"/>
          <w:szCs w:val="24"/>
        </w:rPr>
        <w:t>investimento</w:t>
      </w:r>
      <w:proofErr w:type="spellEnd"/>
      <w:r w:rsidRPr="006B10E0">
        <w:rPr>
          <w:rFonts w:cs="Times New Roman"/>
          <w:szCs w:val="24"/>
        </w:rPr>
        <w:t xml:space="preserve"> total do </w:t>
      </w:r>
      <w:proofErr w:type="spellStart"/>
      <w:r w:rsidRPr="006B10E0">
        <w:rPr>
          <w:rFonts w:cs="Times New Roman"/>
          <w:szCs w:val="24"/>
        </w:rPr>
        <w:t>cronograma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físico-financeiro</w:t>
      </w:r>
      <w:proofErr w:type="spellEnd"/>
      <w:r w:rsidRPr="006B10E0">
        <w:rPr>
          <w:rFonts w:cs="Times New Roman"/>
          <w:szCs w:val="24"/>
        </w:rPr>
        <w:t>.</w:t>
      </w:r>
    </w:p>
    <w:tbl>
      <w:tblPr>
        <w:tblStyle w:val="Tabelacomgrade"/>
        <w:tblW w:w="9355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7000"/>
        <w:gridCol w:w="2355"/>
      </w:tblGrid>
      <w:tr w:rsidR="005064CF" w:rsidRPr="006B10E0" w14:paraId="617EEAB1" w14:textId="77777777">
        <w:trPr>
          <w:cantSplit/>
          <w:tblHeader/>
        </w:trPr>
        <w:tc>
          <w:tcPr>
            <w:tcW w:w="7000" w:type="dxa"/>
          </w:tcPr>
          <w:p w14:paraId="74F5F53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b/>
                <w:szCs w:val="24"/>
              </w:rPr>
              <w:t xml:space="preserve">Grupo </w:t>
            </w:r>
            <w:proofErr w:type="spellStart"/>
            <w:r w:rsidRPr="006B10E0">
              <w:rPr>
                <w:rFonts w:cs="Times New Roman"/>
                <w:b/>
                <w:szCs w:val="24"/>
              </w:rPr>
              <w:t>orçamentário</w:t>
            </w:r>
            <w:proofErr w:type="spellEnd"/>
          </w:p>
        </w:tc>
        <w:tc>
          <w:tcPr>
            <w:tcW w:w="2355" w:type="dxa"/>
          </w:tcPr>
          <w:p w14:paraId="1ACDBAAB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b/>
                <w:szCs w:val="24"/>
              </w:rPr>
              <w:t>Valor com BDI (R$)</w:t>
            </w:r>
          </w:p>
        </w:tc>
      </w:tr>
      <w:tr w:rsidR="005064CF" w:rsidRPr="006B10E0" w14:paraId="2A678D61" w14:textId="77777777" w:rsidTr="00CF6FB0">
        <w:trPr>
          <w:cantSplit/>
        </w:trPr>
        <w:tc>
          <w:tcPr>
            <w:tcW w:w="7000" w:type="dxa"/>
          </w:tcPr>
          <w:p w14:paraId="5CFE677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1. </w:t>
            </w:r>
            <w:proofErr w:type="spellStart"/>
            <w:r w:rsidRPr="006B10E0">
              <w:rPr>
                <w:rFonts w:cs="Times New Roman"/>
                <w:szCs w:val="24"/>
              </w:rPr>
              <w:t>Serviços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preliminares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6B10E0">
              <w:rPr>
                <w:rFonts w:cs="Times New Roman"/>
                <w:szCs w:val="24"/>
              </w:rPr>
              <w:t>incluindo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terra e </w:t>
            </w:r>
            <w:proofErr w:type="spellStart"/>
            <w:r w:rsidRPr="006B10E0">
              <w:rPr>
                <w:rFonts w:cs="Times New Roman"/>
                <w:szCs w:val="24"/>
              </w:rPr>
              <w:t>sapatas</w:t>
            </w:r>
            <w:proofErr w:type="spellEnd"/>
          </w:p>
        </w:tc>
        <w:tc>
          <w:tcPr>
            <w:tcW w:w="2355" w:type="dxa"/>
            <w:vAlign w:val="center"/>
          </w:tcPr>
          <w:p w14:paraId="26D3E792" w14:textId="6CFBC20A" w:rsidR="005064CF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633.823,31</w:t>
            </w:r>
          </w:p>
        </w:tc>
      </w:tr>
      <w:tr w:rsidR="005064CF" w:rsidRPr="006B10E0" w14:paraId="31C3CEB1" w14:textId="77777777" w:rsidTr="00CF6FB0">
        <w:trPr>
          <w:cantSplit/>
        </w:trPr>
        <w:tc>
          <w:tcPr>
            <w:tcW w:w="7000" w:type="dxa"/>
          </w:tcPr>
          <w:p w14:paraId="61A784B3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2. </w:t>
            </w:r>
            <w:proofErr w:type="spellStart"/>
            <w:r w:rsidRPr="006B10E0">
              <w:rPr>
                <w:rFonts w:cs="Times New Roman"/>
                <w:szCs w:val="24"/>
              </w:rPr>
              <w:t>Mesoestrutura</w:t>
            </w:r>
            <w:proofErr w:type="spellEnd"/>
          </w:p>
        </w:tc>
        <w:tc>
          <w:tcPr>
            <w:tcW w:w="2355" w:type="dxa"/>
            <w:vAlign w:val="center"/>
          </w:tcPr>
          <w:p w14:paraId="729AA549" w14:textId="57FC3C39" w:rsidR="005064CF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635.750,32</w:t>
            </w:r>
          </w:p>
        </w:tc>
      </w:tr>
      <w:tr w:rsidR="005064CF" w:rsidRPr="006B10E0" w14:paraId="3763029A" w14:textId="77777777" w:rsidTr="00CF6FB0">
        <w:trPr>
          <w:cantSplit/>
        </w:trPr>
        <w:tc>
          <w:tcPr>
            <w:tcW w:w="7000" w:type="dxa"/>
          </w:tcPr>
          <w:p w14:paraId="3FDD28CE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3. </w:t>
            </w:r>
            <w:proofErr w:type="spellStart"/>
            <w:r w:rsidRPr="006B10E0">
              <w:rPr>
                <w:rFonts w:cs="Times New Roman"/>
                <w:szCs w:val="24"/>
              </w:rPr>
              <w:t>Superestrutura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em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pré-moldados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e </w:t>
            </w:r>
            <w:proofErr w:type="spellStart"/>
            <w:r w:rsidRPr="006B10E0">
              <w:rPr>
                <w:rFonts w:cs="Times New Roman"/>
                <w:szCs w:val="24"/>
              </w:rPr>
              <w:t>concreto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armado</w:t>
            </w:r>
            <w:proofErr w:type="spellEnd"/>
          </w:p>
        </w:tc>
        <w:tc>
          <w:tcPr>
            <w:tcW w:w="2355" w:type="dxa"/>
            <w:vAlign w:val="center"/>
          </w:tcPr>
          <w:p w14:paraId="22732BC6" w14:textId="474109B4" w:rsidR="005064CF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134.991,72</w:t>
            </w:r>
          </w:p>
        </w:tc>
      </w:tr>
      <w:tr w:rsidR="005064CF" w:rsidRPr="006B10E0" w14:paraId="0A46FF11" w14:textId="77777777" w:rsidTr="00CF6FB0">
        <w:trPr>
          <w:cantSplit/>
        </w:trPr>
        <w:tc>
          <w:tcPr>
            <w:tcW w:w="7000" w:type="dxa"/>
          </w:tcPr>
          <w:p w14:paraId="6C67A63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4. </w:t>
            </w:r>
            <w:proofErr w:type="spellStart"/>
            <w:r w:rsidRPr="006B10E0">
              <w:rPr>
                <w:rFonts w:cs="Times New Roman"/>
                <w:szCs w:val="24"/>
              </w:rPr>
              <w:t>Pavimentação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asfáltica</w:t>
            </w:r>
            <w:proofErr w:type="spellEnd"/>
          </w:p>
        </w:tc>
        <w:tc>
          <w:tcPr>
            <w:tcW w:w="2355" w:type="dxa"/>
            <w:vAlign w:val="center"/>
          </w:tcPr>
          <w:p w14:paraId="5F603E68" w14:textId="3315D5FC" w:rsidR="005064CF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135.100,00</w:t>
            </w:r>
          </w:p>
        </w:tc>
      </w:tr>
      <w:tr w:rsidR="005064CF" w:rsidRPr="006B10E0" w14:paraId="7F10B940" w14:textId="77777777" w:rsidTr="00CF6FB0">
        <w:trPr>
          <w:cantSplit/>
        </w:trPr>
        <w:tc>
          <w:tcPr>
            <w:tcW w:w="7000" w:type="dxa"/>
          </w:tcPr>
          <w:p w14:paraId="60B3D623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5. </w:t>
            </w:r>
            <w:proofErr w:type="spellStart"/>
            <w:r w:rsidRPr="006B10E0">
              <w:rPr>
                <w:rFonts w:cs="Times New Roman"/>
                <w:szCs w:val="24"/>
              </w:rPr>
              <w:t>Estrutura</w:t>
            </w:r>
            <w:proofErr w:type="spellEnd"/>
            <w:r w:rsidRPr="006B10E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szCs w:val="24"/>
              </w:rPr>
              <w:t>metálica</w:t>
            </w:r>
            <w:proofErr w:type="spellEnd"/>
          </w:p>
        </w:tc>
        <w:tc>
          <w:tcPr>
            <w:tcW w:w="2355" w:type="dxa"/>
            <w:vAlign w:val="center"/>
          </w:tcPr>
          <w:p w14:paraId="6E2AE7EF" w14:textId="03011F94" w:rsidR="005064CF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229.077,62</w:t>
            </w:r>
          </w:p>
        </w:tc>
      </w:tr>
      <w:tr w:rsidR="005064CF" w:rsidRPr="006B10E0" w14:paraId="14B37BE4" w14:textId="77777777" w:rsidTr="00CF6FB0">
        <w:trPr>
          <w:cantSplit/>
        </w:trPr>
        <w:tc>
          <w:tcPr>
            <w:tcW w:w="7000" w:type="dxa"/>
          </w:tcPr>
          <w:p w14:paraId="3F9FCF26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6. </w:t>
            </w:r>
            <w:proofErr w:type="spellStart"/>
            <w:r w:rsidRPr="006B10E0">
              <w:rPr>
                <w:rFonts w:cs="Times New Roman"/>
                <w:szCs w:val="24"/>
              </w:rPr>
              <w:t>Iluminação</w:t>
            </w:r>
            <w:proofErr w:type="spellEnd"/>
          </w:p>
        </w:tc>
        <w:tc>
          <w:tcPr>
            <w:tcW w:w="2355" w:type="dxa"/>
            <w:vAlign w:val="center"/>
          </w:tcPr>
          <w:p w14:paraId="70DACB3B" w14:textId="39EC6F05" w:rsidR="005064CF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11.098,68</w:t>
            </w:r>
          </w:p>
        </w:tc>
      </w:tr>
      <w:tr w:rsidR="00783B15" w:rsidRPr="006B10E0" w14:paraId="4DAA3ED1" w14:textId="77777777" w:rsidTr="00CF6FB0">
        <w:trPr>
          <w:cantSplit/>
        </w:trPr>
        <w:tc>
          <w:tcPr>
            <w:tcW w:w="7000" w:type="dxa"/>
          </w:tcPr>
          <w:p w14:paraId="5784F4CA" w14:textId="5693E681" w:rsidR="00783B15" w:rsidRPr="006B10E0" w:rsidRDefault="00783B1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 xml:space="preserve">7. </w:t>
            </w:r>
            <w:proofErr w:type="spellStart"/>
            <w:r w:rsidRPr="006B10E0">
              <w:rPr>
                <w:rFonts w:cs="Times New Roman"/>
                <w:szCs w:val="24"/>
              </w:rPr>
              <w:t>Paisagismo</w:t>
            </w:r>
            <w:proofErr w:type="spellEnd"/>
          </w:p>
        </w:tc>
        <w:tc>
          <w:tcPr>
            <w:tcW w:w="2355" w:type="dxa"/>
            <w:vAlign w:val="center"/>
          </w:tcPr>
          <w:p w14:paraId="22AFCF23" w14:textId="5DE99709" w:rsidR="00783B15" w:rsidRPr="006B10E0" w:rsidRDefault="00CF6FB0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19.176,82</w:t>
            </w:r>
          </w:p>
        </w:tc>
      </w:tr>
      <w:tr w:rsidR="005064CF" w:rsidRPr="006B10E0" w14:paraId="1AD8802E" w14:textId="77777777" w:rsidTr="00CF6FB0">
        <w:trPr>
          <w:cantSplit/>
        </w:trPr>
        <w:tc>
          <w:tcPr>
            <w:tcW w:w="7000" w:type="dxa"/>
          </w:tcPr>
          <w:p w14:paraId="44A48B35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TOTAL</w:t>
            </w:r>
          </w:p>
        </w:tc>
        <w:tc>
          <w:tcPr>
            <w:tcW w:w="2355" w:type="dxa"/>
            <w:vAlign w:val="center"/>
          </w:tcPr>
          <w:p w14:paraId="777D3EA0" w14:textId="59C0C0FE" w:rsidR="005064CF" w:rsidRPr="006B10E0" w:rsidRDefault="002146C8" w:rsidP="00CF6FB0">
            <w:pPr>
              <w:spacing w:before="60" w:after="60"/>
              <w:jc w:val="center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2.799.018,47</w:t>
            </w:r>
          </w:p>
        </w:tc>
      </w:tr>
    </w:tbl>
    <w:p w14:paraId="7EBA2884" w14:textId="44B23103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planilha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utiliza</w:t>
      </w:r>
      <w:proofErr w:type="spellEnd"/>
      <w:r w:rsidRPr="006B10E0">
        <w:rPr>
          <w:rFonts w:cs="Times New Roman"/>
          <w:szCs w:val="24"/>
        </w:rPr>
        <w:t xml:space="preserve"> SINAPI, </w:t>
      </w:r>
      <w:proofErr w:type="spellStart"/>
      <w:r w:rsidRPr="006B10E0">
        <w:rPr>
          <w:rFonts w:cs="Times New Roman"/>
          <w:szCs w:val="24"/>
        </w:rPr>
        <w:t>insumos</w:t>
      </w:r>
      <w:proofErr w:type="spellEnd"/>
      <w:r w:rsidRPr="006B10E0">
        <w:rPr>
          <w:rFonts w:cs="Times New Roman"/>
          <w:szCs w:val="24"/>
        </w:rPr>
        <w:t xml:space="preserve"> SINAPI, </w:t>
      </w:r>
      <w:proofErr w:type="spellStart"/>
      <w:r w:rsidRPr="006B10E0">
        <w:rPr>
          <w:rFonts w:cs="Times New Roman"/>
          <w:szCs w:val="24"/>
        </w:rPr>
        <w:t>composições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próprias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cotações</w:t>
      </w:r>
      <w:proofErr w:type="spellEnd"/>
      <w:r w:rsidRPr="006B10E0">
        <w:rPr>
          <w:rFonts w:cs="Times New Roman"/>
          <w:szCs w:val="24"/>
        </w:rPr>
        <w:t xml:space="preserve">, com </w:t>
      </w:r>
      <w:proofErr w:type="spellStart"/>
      <w:r w:rsidRPr="006B10E0">
        <w:rPr>
          <w:rFonts w:cs="Times New Roman"/>
          <w:szCs w:val="24"/>
        </w:rPr>
        <w:t>localidade</w:t>
      </w:r>
      <w:proofErr w:type="spellEnd"/>
      <w:r w:rsidRPr="006B10E0">
        <w:rPr>
          <w:rFonts w:cs="Times New Roman"/>
          <w:szCs w:val="24"/>
        </w:rPr>
        <w:t xml:space="preserve"> Porto Alegre/RS, data-base </w:t>
      </w:r>
      <w:proofErr w:type="spellStart"/>
      <w:r w:rsidRPr="006B10E0">
        <w:rPr>
          <w:rFonts w:cs="Times New Roman"/>
          <w:szCs w:val="24"/>
        </w:rPr>
        <w:t>junho</w:t>
      </w:r>
      <w:proofErr w:type="spellEnd"/>
      <w:r w:rsidRPr="006B10E0">
        <w:rPr>
          <w:rFonts w:cs="Times New Roman"/>
          <w:szCs w:val="24"/>
        </w:rPr>
        <w:t xml:space="preserve"> de 2026, </w:t>
      </w:r>
      <w:proofErr w:type="spellStart"/>
      <w:r w:rsidRPr="006B10E0">
        <w:rPr>
          <w:rFonts w:cs="Times New Roman"/>
          <w:szCs w:val="24"/>
        </w:rPr>
        <w:t>sem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desoneração</w:t>
      </w:r>
      <w:proofErr w:type="spellEnd"/>
      <w:r w:rsidRPr="006B10E0">
        <w:rPr>
          <w:rFonts w:cs="Times New Roman"/>
          <w:szCs w:val="24"/>
        </w:rPr>
        <w:t xml:space="preserve">, e BDI de </w:t>
      </w:r>
      <w:r w:rsidR="008D1744" w:rsidRPr="006B10E0">
        <w:rPr>
          <w:rFonts w:cs="Times New Roman"/>
          <w:szCs w:val="24"/>
        </w:rPr>
        <w:t>20,70</w:t>
      </w:r>
      <w:r w:rsidRPr="006B10E0">
        <w:rPr>
          <w:rFonts w:cs="Times New Roman"/>
          <w:szCs w:val="24"/>
        </w:rPr>
        <w:t xml:space="preserve">%. O </w:t>
      </w:r>
      <w:proofErr w:type="spellStart"/>
      <w:r w:rsidRPr="006B10E0">
        <w:rPr>
          <w:rFonts w:cs="Times New Roman"/>
          <w:szCs w:val="24"/>
        </w:rPr>
        <w:t>documento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informa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encargos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sociais</w:t>
      </w:r>
      <w:proofErr w:type="spellEnd"/>
      <w:r w:rsidRPr="006B10E0">
        <w:rPr>
          <w:rFonts w:cs="Times New Roman"/>
          <w:szCs w:val="24"/>
        </w:rPr>
        <w:t xml:space="preserve"> SINAPI da UF </w:t>
      </w:r>
      <w:proofErr w:type="spellStart"/>
      <w:r w:rsidRPr="006B10E0">
        <w:rPr>
          <w:rFonts w:cs="Times New Roman"/>
          <w:szCs w:val="24"/>
        </w:rPr>
        <w:t>indicada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explicitar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taxas</w:t>
      </w:r>
      <w:proofErr w:type="spellEnd"/>
      <w:r w:rsidRPr="006B10E0">
        <w:rPr>
          <w:rFonts w:cs="Times New Roman"/>
          <w:szCs w:val="24"/>
        </w:rPr>
        <w:t xml:space="preserve">. Consta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responsável</w:t>
      </w:r>
      <w:proofErr w:type="spellEnd"/>
      <w:r w:rsidRPr="006B10E0">
        <w:rPr>
          <w:rFonts w:cs="Times New Roman"/>
          <w:szCs w:val="24"/>
        </w:rPr>
        <w:t xml:space="preserve"> Brayan Martins de Lima, CREA 247907.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juntadas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composições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analíticas</w:t>
      </w:r>
      <w:proofErr w:type="spellEnd"/>
      <w:r w:rsidRPr="006B10E0">
        <w:rPr>
          <w:rFonts w:cs="Times New Roman"/>
          <w:szCs w:val="24"/>
        </w:rPr>
        <w:t xml:space="preserve">, a </w:t>
      </w:r>
      <w:proofErr w:type="spellStart"/>
      <w:r w:rsidRPr="006B10E0">
        <w:rPr>
          <w:rFonts w:cs="Times New Roman"/>
          <w:szCs w:val="24"/>
        </w:rPr>
        <w:t>composição</w:t>
      </w:r>
      <w:proofErr w:type="spellEnd"/>
      <w:r w:rsidRPr="006B10E0">
        <w:rPr>
          <w:rFonts w:cs="Times New Roman"/>
          <w:szCs w:val="24"/>
        </w:rPr>
        <w:t xml:space="preserve"> do BDI, as </w:t>
      </w:r>
      <w:proofErr w:type="spellStart"/>
      <w:r w:rsidRPr="006B10E0">
        <w:rPr>
          <w:rFonts w:cs="Times New Roman"/>
          <w:szCs w:val="24"/>
        </w:rPr>
        <w:t>memórias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quantitativos</w:t>
      </w:r>
      <w:proofErr w:type="spellEnd"/>
      <w:r w:rsidRPr="006B10E0">
        <w:rPr>
          <w:rFonts w:cs="Times New Roman"/>
          <w:szCs w:val="24"/>
        </w:rPr>
        <w:t xml:space="preserve"> e as </w:t>
      </w:r>
      <w:proofErr w:type="spellStart"/>
      <w:r w:rsidRPr="006B10E0">
        <w:rPr>
          <w:rFonts w:cs="Times New Roman"/>
          <w:szCs w:val="24"/>
        </w:rPr>
        <w:t>cotações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suporte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bem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informado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número</w:t>
      </w:r>
      <w:proofErr w:type="spellEnd"/>
      <w:r w:rsidRPr="006B10E0">
        <w:rPr>
          <w:rFonts w:cs="Times New Roman"/>
          <w:szCs w:val="24"/>
        </w:rPr>
        <w:t xml:space="preserve"> da ART. </w:t>
      </w:r>
    </w:p>
    <w:p w14:paraId="46B15EEB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7. DESCRIÇÃO DA SOLUÇÃO COMO UM TODO</w:t>
      </w:r>
    </w:p>
    <w:p w14:paraId="1D9326BA" w14:textId="4ADC0A43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solução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consiste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ponte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armado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pré-moldado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sobre</w:t>
      </w:r>
      <w:proofErr w:type="spellEnd"/>
      <w:r w:rsidRPr="006B10E0">
        <w:rPr>
          <w:rFonts w:cs="Times New Roman"/>
          <w:szCs w:val="24"/>
        </w:rPr>
        <w:t xml:space="preserve"> o Rio </w:t>
      </w:r>
      <w:proofErr w:type="spellStart"/>
      <w:r w:rsidR="002146C8" w:rsidRPr="006B10E0">
        <w:rPr>
          <w:rFonts w:cs="Times New Roman"/>
          <w:szCs w:val="24"/>
        </w:rPr>
        <w:t>Jup</w:t>
      </w:r>
      <w:r w:rsidRPr="006B10E0">
        <w:rPr>
          <w:rFonts w:cs="Times New Roman"/>
          <w:szCs w:val="24"/>
        </w:rPr>
        <w:t>irangava</w:t>
      </w:r>
      <w:proofErr w:type="spellEnd"/>
      <w:r w:rsidRPr="006B10E0">
        <w:rPr>
          <w:rFonts w:cs="Times New Roman"/>
          <w:szCs w:val="24"/>
        </w:rPr>
        <w:t xml:space="preserve">, com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preliminares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obras</w:t>
      </w:r>
      <w:proofErr w:type="spellEnd"/>
      <w:r w:rsidRPr="006B10E0">
        <w:rPr>
          <w:rFonts w:cs="Times New Roman"/>
          <w:szCs w:val="24"/>
        </w:rPr>
        <w:t xml:space="preserve"> de terra, </w:t>
      </w:r>
      <w:proofErr w:type="spellStart"/>
      <w:r w:rsidRPr="006B10E0">
        <w:rPr>
          <w:rFonts w:cs="Times New Roman"/>
          <w:szCs w:val="24"/>
        </w:rPr>
        <w:t>sapatas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pilares</w:t>
      </w:r>
      <w:proofErr w:type="spellEnd"/>
      <w:r w:rsidRPr="006B10E0">
        <w:rPr>
          <w:rFonts w:cs="Times New Roman"/>
          <w:szCs w:val="24"/>
        </w:rPr>
        <w:t xml:space="preserve">, vigas, </w:t>
      </w:r>
      <w:proofErr w:type="spellStart"/>
      <w:r w:rsidRPr="006B10E0">
        <w:rPr>
          <w:rFonts w:cs="Times New Roman"/>
          <w:szCs w:val="24"/>
        </w:rPr>
        <w:t>cortinas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longarinas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placas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capeamento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transversinas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guarda-rodas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guarda-corpos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incluindo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transporte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montagem</w:t>
      </w:r>
      <w:proofErr w:type="spellEnd"/>
      <w:r w:rsidRPr="006B10E0">
        <w:rPr>
          <w:rFonts w:cs="Times New Roman"/>
          <w:szCs w:val="24"/>
        </w:rPr>
        <w:t xml:space="preserve">. O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também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contempla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pavimentação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acessos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revestimento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asfáltico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metálica</w:t>
      </w:r>
      <w:proofErr w:type="spellEnd"/>
      <w:r w:rsidRPr="006B10E0">
        <w:rPr>
          <w:rFonts w:cs="Times New Roman"/>
          <w:szCs w:val="24"/>
        </w:rPr>
        <w:t xml:space="preserve"> e rede de </w:t>
      </w:r>
      <w:proofErr w:type="spellStart"/>
      <w:r w:rsidRPr="006B10E0">
        <w:rPr>
          <w:rFonts w:cs="Times New Roman"/>
          <w:szCs w:val="24"/>
        </w:rPr>
        <w:t>iluminação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pública</w:t>
      </w:r>
      <w:proofErr w:type="spellEnd"/>
      <w:r w:rsidRPr="006B10E0">
        <w:rPr>
          <w:rFonts w:cs="Times New Roman"/>
          <w:szCs w:val="24"/>
        </w:rPr>
        <w:t xml:space="preserve">. O </w:t>
      </w:r>
      <w:proofErr w:type="spellStart"/>
      <w:r w:rsidRPr="006B10E0">
        <w:rPr>
          <w:rFonts w:cs="Times New Roman"/>
          <w:szCs w:val="24"/>
        </w:rPr>
        <w:t>fornecimento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mão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materiais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equipamentos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abranger</w:t>
      </w:r>
      <w:proofErr w:type="spellEnd"/>
      <w:r w:rsidRPr="006B10E0">
        <w:rPr>
          <w:rFonts w:cs="Times New Roman"/>
          <w:szCs w:val="24"/>
        </w:rPr>
        <w:t xml:space="preserve"> o conjunto </w:t>
      </w:r>
      <w:proofErr w:type="spellStart"/>
      <w:r w:rsidRPr="006B10E0">
        <w:rPr>
          <w:rFonts w:cs="Times New Roman"/>
          <w:szCs w:val="24"/>
        </w:rPr>
        <w:t>efetivamente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aprovado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>.</w:t>
      </w:r>
    </w:p>
    <w:p w14:paraId="314180BE" w14:textId="77777777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sequência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prevista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contempla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inspeção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inicial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implantação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canteiro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energia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provisória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escavações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até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cota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condição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rocha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firme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descrita</w:t>
      </w:r>
      <w:proofErr w:type="spellEnd"/>
      <w:r w:rsidRPr="006B10E0">
        <w:rPr>
          <w:rFonts w:cs="Times New Roman"/>
          <w:szCs w:val="24"/>
        </w:rPr>
        <w:t xml:space="preserve"> no memorial, com </w:t>
      </w:r>
      <w:proofErr w:type="spellStart"/>
      <w:r w:rsidRPr="006B10E0">
        <w:rPr>
          <w:rFonts w:cs="Times New Roman"/>
          <w:szCs w:val="24"/>
        </w:rPr>
        <w:t>drenagem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quando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necessária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sapatas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cortinas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apoios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demolições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controladas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tratamento</w:t>
      </w:r>
      <w:proofErr w:type="spellEnd"/>
      <w:r w:rsidRPr="006B10E0">
        <w:rPr>
          <w:rFonts w:cs="Times New Roman"/>
          <w:szCs w:val="24"/>
        </w:rPr>
        <w:t xml:space="preserve"> das interfaces com a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fabricação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transporte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montagem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longarinas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instalação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placas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treliçadas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armaduras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concretagem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capeamento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guarda-rodas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guarda-corpos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limpeza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liberação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</w:t>
      </w:r>
      <w:proofErr w:type="spellEnd"/>
      <w:r w:rsidRPr="006B10E0">
        <w:rPr>
          <w:rFonts w:cs="Times New Roman"/>
          <w:szCs w:val="24"/>
        </w:rPr>
        <w:t>.</w:t>
      </w:r>
    </w:p>
    <w:p w14:paraId="211C930C" w14:textId="76828700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Prazo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físico-financeiro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referência</w:t>
      </w:r>
      <w:proofErr w:type="spellEnd"/>
      <w:r w:rsidRPr="006B10E0">
        <w:rPr>
          <w:rFonts w:cs="Times New Roman"/>
          <w:szCs w:val="24"/>
        </w:rPr>
        <w:t xml:space="preserve">: 7 meses, de </w:t>
      </w:r>
      <w:proofErr w:type="spellStart"/>
      <w:r w:rsidRPr="006B10E0">
        <w:rPr>
          <w:rFonts w:cs="Times New Roman"/>
          <w:szCs w:val="24"/>
        </w:rPr>
        <w:t>janeiro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julho</w:t>
      </w:r>
      <w:proofErr w:type="spellEnd"/>
      <w:r w:rsidRPr="006B10E0">
        <w:rPr>
          <w:rFonts w:cs="Times New Roman"/>
          <w:szCs w:val="24"/>
        </w:rPr>
        <w:t xml:space="preserve"> de 2027. </w:t>
      </w:r>
      <w:proofErr w:type="spellStart"/>
      <w:r w:rsidRPr="006B10E0">
        <w:rPr>
          <w:rFonts w:cs="Times New Roman"/>
          <w:szCs w:val="24"/>
        </w:rPr>
        <w:t>Embora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formulário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apresente</w:t>
      </w:r>
      <w:proofErr w:type="spellEnd"/>
      <w:r w:rsidRPr="006B10E0">
        <w:rPr>
          <w:rFonts w:cs="Times New Roman"/>
          <w:szCs w:val="24"/>
        </w:rPr>
        <w:t xml:space="preserve"> 12 </w:t>
      </w:r>
      <w:proofErr w:type="spellStart"/>
      <w:r w:rsidRPr="006B10E0">
        <w:rPr>
          <w:rFonts w:cs="Times New Roman"/>
          <w:szCs w:val="24"/>
        </w:rPr>
        <w:t>colunas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mensais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desembolsos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encerram</w:t>
      </w:r>
      <w:proofErr w:type="spellEnd"/>
      <w:r w:rsidRPr="006B10E0">
        <w:rPr>
          <w:rFonts w:cs="Times New Roman"/>
          <w:szCs w:val="24"/>
        </w:rPr>
        <w:t xml:space="preserve">-se no </w:t>
      </w:r>
      <w:proofErr w:type="spellStart"/>
      <w:r w:rsidRPr="006B10E0">
        <w:rPr>
          <w:rFonts w:cs="Times New Roman"/>
          <w:szCs w:val="24"/>
        </w:rPr>
        <w:t>sétimo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mês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alcançando</w:t>
      </w:r>
      <w:proofErr w:type="spellEnd"/>
      <w:r w:rsidRPr="006B10E0">
        <w:rPr>
          <w:rFonts w:cs="Times New Roman"/>
          <w:szCs w:val="24"/>
        </w:rPr>
        <w:t xml:space="preserve"> 100%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julho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agosto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dezembro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novos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valores</w:t>
      </w:r>
      <w:proofErr w:type="spellEnd"/>
      <w:r w:rsidRPr="006B10E0">
        <w:rPr>
          <w:rFonts w:cs="Times New Roman"/>
          <w:szCs w:val="24"/>
        </w:rPr>
        <w:t xml:space="preserve">. As </w:t>
      </w:r>
      <w:proofErr w:type="spellStart"/>
      <w:r w:rsidRPr="006B10E0">
        <w:rPr>
          <w:rFonts w:cs="Times New Roman"/>
          <w:szCs w:val="24"/>
        </w:rPr>
        <w:t>datas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lastRenderedPageBreak/>
        <w:t>ajustadas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ordem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serviço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prazo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formalmente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aprovado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confundir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vigência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>.</w:t>
      </w:r>
    </w:p>
    <w:p w14:paraId="6042069A" w14:textId="77777777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Compatibilização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prazo</w:t>
      </w:r>
      <w:proofErr w:type="spellEnd"/>
      <w:r w:rsidRPr="006B10E0">
        <w:rPr>
          <w:rFonts w:cs="Times New Roman"/>
          <w:szCs w:val="24"/>
        </w:rPr>
        <w:t xml:space="preserve">: o </w:t>
      </w:r>
      <w:proofErr w:type="spellStart"/>
      <w:r w:rsidRPr="006B10E0">
        <w:rPr>
          <w:rFonts w:cs="Times New Roman"/>
          <w:szCs w:val="24"/>
        </w:rPr>
        <w:t>cronograma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concentra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entre </w:t>
      </w:r>
      <w:proofErr w:type="spellStart"/>
      <w:r w:rsidRPr="006B10E0">
        <w:rPr>
          <w:rFonts w:cs="Times New Roman"/>
          <w:szCs w:val="24"/>
        </w:rPr>
        <w:t>janeiro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maio</w:t>
      </w:r>
      <w:proofErr w:type="spellEnd"/>
      <w:r w:rsidRPr="006B10E0">
        <w:rPr>
          <w:rFonts w:cs="Times New Roman"/>
          <w:szCs w:val="24"/>
        </w:rPr>
        <w:t xml:space="preserve">, a </w:t>
      </w:r>
      <w:proofErr w:type="spellStart"/>
      <w:r w:rsidRPr="006B10E0">
        <w:rPr>
          <w:rFonts w:cs="Times New Roman"/>
          <w:szCs w:val="24"/>
        </w:rPr>
        <w:t>pavimentação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junho</w:t>
      </w:r>
      <w:proofErr w:type="spellEnd"/>
      <w:r w:rsidRPr="006B10E0">
        <w:rPr>
          <w:rFonts w:cs="Times New Roman"/>
          <w:szCs w:val="24"/>
        </w:rPr>
        <w:t xml:space="preserve"> e a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metálica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iluminação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julho</w:t>
      </w:r>
      <w:proofErr w:type="spellEnd"/>
      <w:r w:rsidRPr="006B10E0">
        <w:rPr>
          <w:rFonts w:cs="Times New Roman"/>
          <w:szCs w:val="24"/>
        </w:rPr>
        <w:t xml:space="preserve">. A </w:t>
      </w:r>
      <w:proofErr w:type="spellStart"/>
      <w:r w:rsidRPr="006B10E0">
        <w:rPr>
          <w:rFonts w:cs="Times New Roman"/>
          <w:szCs w:val="24"/>
        </w:rPr>
        <w:t>planilha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prevê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encarregado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instalações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canteiro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5 meses;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verificada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cobertura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administração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responsabilidade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apoio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às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etapas</w:t>
      </w:r>
      <w:proofErr w:type="spellEnd"/>
      <w:r w:rsidRPr="006B10E0">
        <w:rPr>
          <w:rFonts w:cs="Times New Roman"/>
          <w:szCs w:val="24"/>
        </w:rPr>
        <w:t xml:space="preserve"> dos meses 6 e 7. </w:t>
      </w:r>
      <w:proofErr w:type="spellStart"/>
      <w:r w:rsidRPr="006B10E0">
        <w:rPr>
          <w:rFonts w:cs="Times New Roman"/>
          <w:szCs w:val="24"/>
        </w:rPr>
        <w:t>Medições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pagamento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recebimento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serão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disciplinados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documentos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>.</w:t>
      </w:r>
    </w:p>
    <w:tbl>
      <w:tblPr>
        <w:tblStyle w:val="Tabelacomgrade"/>
        <w:tblW w:w="9355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6000"/>
        <w:gridCol w:w="3355"/>
      </w:tblGrid>
      <w:tr w:rsidR="005064CF" w:rsidRPr="006B10E0" w14:paraId="0A2691DE" w14:textId="77777777">
        <w:trPr>
          <w:cantSplit/>
          <w:tblHeader/>
        </w:trPr>
        <w:tc>
          <w:tcPr>
            <w:tcW w:w="6000" w:type="dxa"/>
          </w:tcPr>
          <w:p w14:paraId="1D482A8A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Período</w:t>
            </w:r>
            <w:proofErr w:type="spellEnd"/>
            <w:r w:rsidRPr="006B10E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B10E0">
              <w:rPr>
                <w:rFonts w:cs="Times New Roman"/>
                <w:b/>
                <w:szCs w:val="24"/>
              </w:rPr>
              <w:t>previsto</w:t>
            </w:r>
            <w:proofErr w:type="spellEnd"/>
          </w:p>
        </w:tc>
        <w:tc>
          <w:tcPr>
            <w:tcW w:w="3355" w:type="dxa"/>
          </w:tcPr>
          <w:p w14:paraId="7494C3C0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b/>
                <w:szCs w:val="24"/>
              </w:rPr>
              <w:t>Investimento</w:t>
            </w:r>
            <w:proofErr w:type="spellEnd"/>
            <w:r w:rsidRPr="006B10E0">
              <w:rPr>
                <w:rFonts w:cs="Times New Roman"/>
                <w:b/>
                <w:szCs w:val="24"/>
              </w:rPr>
              <w:t xml:space="preserve"> (R$)</w:t>
            </w:r>
          </w:p>
        </w:tc>
      </w:tr>
      <w:tr w:rsidR="005064CF" w:rsidRPr="006B10E0" w14:paraId="06D0F840" w14:textId="77777777">
        <w:trPr>
          <w:cantSplit/>
        </w:trPr>
        <w:tc>
          <w:tcPr>
            <w:tcW w:w="6000" w:type="dxa"/>
          </w:tcPr>
          <w:p w14:paraId="04B6A188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Janeiro/2027</w:t>
            </w:r>
          </w:p>
        </w:tc>
        <w:tc>
          <w:tcPr>
            <w:tcW w:w="3355" w:type="dxa"/>
          </w:tcPr>
          <w:p w14:paraId="6D5F9481" w14:textId="655A4D5D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499.600,47</w:t>
            </w:r>
          </w:p>
        </w:tc>
      </w:tr>
      <w:tr w:rsidR="005064CF" w:rsidRPr="006B10E0" w14:paraId="12903204" w14:textId="77777777">
        <w:trPr>
          <w:cantSplit/>
        </w:trPr>
        <w:tc>
          <w:tcPr>
            <w:tcW w:w="6000" w:type="dxa"/>
          </w:tcPr>
          <w:p w14:paraId="19D06B92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Fevereiro</w:t>
            </w:r>
            <w:proofErr w:type="spellEnd"/>
            <w:r w:rsidRPr="006B10E0">
              <w:rPr>
                <w:rFonts w:cs="Times New Roman"/>
                <w:szCs w:val="24"/>
              </w:rPr>
              <w:t>/2027</w:t>
            </w:r>
          </w:p>
        </w:tc>
        <w:tc>
          <w:tcPr>
            <w:tcW w:w="3355" w:type="dxa"/>
          </w:tcPr>
          <w:p w14:paraId="6BBB7BFB" w14:textId="1660357E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504.091,23</w:t>
            </w:r>
          </w:p>
        </w:tc>
      </w:tr>
      <w:tr w:rsidR="005064CF" w:rsidRPr="006B10E0" w14:paraId="6D9D340C" w14:textId="77777777">
        <w:trPr>
          <w:cantSplit/>
        </w:trPr>
        <w:tc>
          <w:tcPr>
            <w:tcW w:w="6000" w:type="dxa"/>
          </w:tcPr>
          <w:p w14:paraId="40DB713C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Março</w:t>
            </w:r>
            <w:proofErr w:type="spellEnd"/>
            <w:r w:rsidRPr="006B10E0">
              <w:rPr>
                <w:rFonts w:cs="Times New Roman"/>
                <w:szCs w:val="24"/>
              </w:rPr>
              <w:t>/2027</w:t>
            </w:r>
          </w:p>
        </w:tc>
        <w:tc>
          <w:tcPr>
            <w:tcW w:w="3355" w:type="dxa"/>
          </w:tcPr>
          <w:p w14:paraId="3D93E3F6" w14:textId="0A24276D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493.855,11</w:t>
            </w:r>
          </w:p>
        </w:tc>
      </w:tr>
      <w:tr w:rsidR="005064CF" w:rsidRPr="006B10E0" w14:paraId="5947FA73" w14:textId="77777777">
        <w:trPr>
          <w:cantSplit/>
        </w:trPr>
        <w:tc>
          <w:tcPr>
            <w:tcW w:w="6000" w:type="dxa"/>
          </w:tcPr>
          <w:p w14:paraId="42E2AED7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Abril/2027</w:t>
            </w:r>
          </w:p>
        </w:tc>
        <w:tc>
          <w:tcPr>
            <w:tcW w:w="3355" w:type="dxa"/>
          </w:tcPr>
          <w:p w14:paraId="0D5A38F6" w14:textId="2F82FA4F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526.631,52</w:t>
            </w:r>
          </w:p>
        </w:tc>
      </w:tr>
      <w:tr w:rsidR="005064CF" w:rsidRPr="006B10E0" w14:paraId="53932778" w14:textId="77777777">
        <w:trPr>
          <w:cantSplit/>
        </w:trPr>
        <w:tc>
          <w:tcPr>
            <w:tcW w:w="6000" w:type="dxa"/>
          </w:tcPr>
          <w:p w14:paraId="395FF9C0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Maio/2027</w:t>
            </w:r>
          </w:p>
        </w:tc>
        <w:tc>
          <w:tcPr>
            <w:tcW w:w="3355" w:type="dxa"/>
          </w:tcPr>
          <w:p w14:paraId="31FD0AC6" w14:textId="0C083E7C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380.387,02</w:t>
            </w:r>
          </w:p>
        </w:tc>
      </w:tr>
      <w:tr w:rsidR="005064CF" w:rsidRPr="006B10E0" w14:paraId="654CA9A3" w14:textId="77777777">
        <w:trPr>
          <w:cantSplit/>
        </w:trPr>
        <w:tc>
          <w:tcPr>
            <w:tcW w:w="6000" w:type="dxa"/>
          </w:tcPr>
          <w:p w14:paraId="4F5E02C1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Junho/2027</w:t>
            </w:r>
          </w:p>
        </w:tc>
        <w:tc>
          <w:tcPr>
            <w:tcW w:w="3355" w:type="dxa"/>
          </w:tcPr>
          <w:p w14:paraId="649C8FFC" w14:textId="22C2FE22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135.100,00</w:t>
            </w:r>
          </w:p>
        </w:tc>
      </w:tr>
      <w:tr w:rsidR="005064CF" w:rsidRPr="006B10E0" w14:paraId="1E87F9DE" w14:textId="77777777">
        <w:trPr>
          <w:cantSplit/>
        </w:trPr>
        <w:tc>
          <w:tcPr>
            <w:tcW w:w="6000" w:type="dxa"/>
          </w:tcPr>
          <w:p w14:paraId="4914AC0E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proofErr w:type="spellStart"/>
            <w:r w:rsidRPr="006B10E0">
              <w:rPr>
                <w:rFonts w:cs="Times New Roman"/>
                <w:szCs w:val="24"/>
              </w:rPr>
              <w:t>Julho</w:t>
            </w:r>
            <w:proofErr w:type="spellEnd"/>
            <w:r w:rsidRPr="006B10E0">
              <w:rPr>
                <w:rFonts w:cs="Times New Roman"/>
                <w:szCs w:val="24"/>
              </w:rPr>
              <w:t>/2027</w:t>
            </w:r>
          </w:p>
        </w:tc>
        <w:tc>
          <w:tcPr>
            <w:tcW w:w="3355" w:type="dxa"/>
          </w:tcPr>
          <w:p w14:paraId="391966C2" w14:textId="4A1AD524" w:rsidR="005064CF" w:rsidRPr="006B10E0" w:rsidRDefault="00307C5A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259.353,12</w:t>
            </w:r>
          </w:p>
        </w:tc>
      </w:tr>
      <w:tr w:rsidR="005064CF" w:rsidRPr="006B10E0" w14:paraId="335D85F7" w14:textId="77777777">
        <w:trPr>
          <w:cantSplit/>
        </w:trPr>
        <w:tc>
          <w:tcPr>
            <w:tcW w:w="6000" w:type="dxa"/>
          </w:tcPr>
          <w:p w14:paraId="618987DF" w14:textId="77777777" w:rsidR="005064CF" w:rsidRPr="006B10E0" w:rsidRDefault="007C7305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TOTAL</w:t>
            </w:r>
          </w:p>
        </w:tc>
        <w:tc>
          <w:tcPr>
            <w:tcW w:w="3355" w:type="dxa"/>
          </w:tcPr>
          <w:p w14:paraId="742E6820" w14:textId="18050607" w:rsidR="005064CF" w:rsidRPr="006B10E0" w:rsidRDefault="000512EB">
            <w:pPr>
              <w:spacing w:before="60" w:after="60"/>
              <w:jc w:val="left"/>
              <w:rPr>
                <w:rFonts w:cs="Times New Roman"/>
                <w:szCs w:val="24"/>
              </w:rPr>
            </w:pPr>
            <w:r w:rsidRPr="006B10E0">
              <w:rPr>
                <w:rFonts w:cs="Times New Roman"/>
                <w:szCs w:val="24"/>
              </w:rPr>
              <w:t>2.799.018,47</w:t>
            </w:r>
          </w:p>
        </w:tc>
      </w:tr>
    </w:tbl>
    <w:p w14:paraId="25E935C4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8. JUSTIFICATIVA PARA O PARCELAMENTO OU NÃO DA CONTRATAÇÃO</w:t>
      </w:r>
    </w:p>
    <w:p w14:paraId="7EC05C4B" w14:textId="11FE6792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Propõe</w:t>
      </w:r>
      <w:proofErr w:type="spellEnd"/>
      <w:r w:rsidRPr="006B10E0">
        <w:rPr>
          <w:rFonts w:cs="Times New Roman"/>
          <w:szCs w:val="24"/>
        </w:rPr>
        <w:t xml:space="preserve">-se </w:t>
      </w:r>
      <w:proofErr w:type="spellStart"/>
      <w:r w:rsidRPr="006B10E0">
        <w:rPr>
          <w:rFonts w:cs="Times New Roman"/>
          <w:szCs w:val="24"/>
        </w:rPr>
        <w:t>contratar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um </w:t>
      </w:r>
      <w:proofErr w:type="spellStart"/>
      <w:r w:rsidRPr="006B10E0">
        <w:rPr>
          <w:rFonts w:cs="Times New Roman"/>
          <w:szCs w:val="24"/>
        </w:rPr>
        <w:t>objeto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único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razão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interdependência</w:t>
      </w:r>
      <w:proofErr w:type="spellEnd"/>
      <w:r w:rsidRPr="006B10E0">
        <w:rPr>
          <w:rFonts w:cs="Times New Roman"/>
          <w:szCs w:val="24"/>
        </w:rPr>
        <w:t xml:space="preserve"> entre </w:t>
      </w:r>
      <w:proofErr w:type="spellStart"/>
      <w:r w:rsidRPr="006B10E0">
        <w:rPr>
          <w:rFonts w:cs="Times New Roman"/>
          <w:szCs w:val="24"/>
        </w:rPr>
        <w:t>fundações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apoios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longarinas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placas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capeamento</w:t>
      </w:r>
      <w:proofErr w:type="spellEnd"/>
      <w:r w:rsidRPr="006B10E0">
        <w:rPr>
          <w:rFonts w:cs="Times New Roman"/>
          <w:szCs w:val="24"/>
        </w:rPr>
        <w:t xml:space="preserve">. A </w:t>
      </w:r>
      <w:proofErr w:type="spellStart"/>
      <w:r w:rsidRPr="006B10E0">
        <w:rPr>
          <w:rFonts w:cs="Times New Roman"/>
          <w:szCs w:val="24"/>
        </w:rPr>
        <w:t>divisão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contratos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independentes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criar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conflitos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tolerâncias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sequência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montagem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responsabilidade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patologias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coordenação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canteiro</w:t>
      </w:r>
      <w:proofErr w:type="spellEnd"/>
      <w:r w:rsidRPr="006B10E0">
        <w:rPr>
          <w:rFonts w:cs="Times New Roman"/>
          <w:szCs w:val="24"/>
        </w:rPr>
        <w:t>.</w:t>
      </w:r>
    </w:p>
    <w:p w14:paraId="34A19D03" w14:textId="77777777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conjunta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busca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concentrar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coordenação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executiva</w:t>
      </w:r>
      <w:proofErr w:type="spellEnd"/>
      <w:r w:rsidRPr="006B10E0">
        <w:rPr>
          <w:rFonts w:cs="Times New Roman"/>
          <w:szCs w:val="24"/>
        </w:rPr>
        <w:t xml:space="preserve"> e a </w:t>
      </w:r>
      <w:proofErr w:type="spellStart"/>
      <w:r w:rsidRPr="006B10E0">
        <w:rPr>
          <w:rFonts w:cs="Times New Roman"/>
          <w:szCs w:val="24"/>
        </w:rPr>
        <w:t>responsabilidade</w:t>
      </w:r>
      <w:proofErr w:type="spellEnd"/>
      <w:r w:rsidRPr="006B10E0">
        <w:rPr>
          <w:rFonts w:cs="Times New Roman"/>
          <w:szCs w:val="24"/>
        </w:rPr>
        <w:t xml:space="preserve"> pela </w:t>
      </w:r>
      <w:proofErr w:type="spellStart"/>
      <w:r w:rsidRPr="006B10E0">
        <w:rPr>
          <w:rFonts w:cs="Times New Roman"/>
          <w:szCs w:val="24"/>
        </w:rPr>
        <w:t>entrega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funcional</w:t>
      </w:r>
      <w:proofErr w:type="spellEnd"/>
      <w:r w:rsidRPr="006B10E0">
        <w:rPr>
          <w:rFonts w:cs="Times New Roman"/>
          <w:szCs w:val="24"/>
        </w:rPr>
        <w:t xml:space="preserve">. Como o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inclui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metálica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pavimentação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iluminação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demonstrada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integração</w:t>
      </w:r>
      <w:proofErr w:type="spellEnd"/>
      <w:r w:rsidRPr="006B10E0">
        <w:rPr>
          <w:rFonts w:cs="Times New Roman"/>
          <w:szCs w:val="24"/>
        </w:rPr>
        <w:t xml:space="preserve"> dessas </w:t>
      </w:r>
      <w:proofErr w:type="spellStart"/>
      <w:r w:rsidRPr="006B10E0">
        <w:rPr>
          <w:rFonts w:cs="Times New Roman"/>
          <w:szCs w:val="24"/>
        </w:rPr>
        <w:t>parcelas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avaliada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possível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separada</w:t>
      </w:r>
      <w:proofErr w:type="spellEnd"/>
      <w:r w:rsidRPr="006B10E0">
        <w:rPr>
          <w:rFonts w:cs="Times New Roman"/>
          <w:szCs w:val="24"/>
        </w:rPr>
        <w:t xml:space="preserve">, se </w:t>
      </w:r>
      <w:proofErr w:type="spellStart"/>
      <w:r w:rsidRPr="006B10E0">
        <w:rPr>
          <w:rFonts w:cs="Times New Roman"/>
          <w:szCs w:val="24"/>
        </w:rPr>
        <w:t>tecnicamente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viável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economicamente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vantajosa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opção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objeto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único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depende</w:t>
      </w:r>
      <w:proofErr w:type="spellEnd"/>
      <w:r w:rsidRPr="006B10E0">
        <w:rPr>
          <w:rFonts w:cs="Times New Roman"/>
          <w:szCs w:val="24"/>
        </w:rPr>
        <w:t xml:space="preserve"> dessa </w:t>
      </w:r>
      <w:proofErr w:type="spellStart"/>
      <w:r w:rsidRPr="006B10E0">
        <w:rPr>
          <w:rFonts w:cs="Times New Roman"/>
          <w:szCs w:val="24"/>
        </w:rPr>
        <w:t>análise</w:t>
      </w:r>
      <w:proofErr w:type="spellEnd"/>
      <w:r w:rsidRPr="006B10E0">
        <w:rPr>
          <w:rFonts w:cs="Times New Roman"/>
          <w:szCs w:val="24"/>
        </w:rPr>
        <w:t xml:space="preserve"> e do </w:t>
      </w:r>
      <w:proofErr w:type="spellStart"/>
      <w:r w:rsidRPr="006B10E0">
        <w:rPr>
          <w:rFonts w:cs="Times New Roman"/>
          <w:szCs w:val="24"/>
        </w:rPr>
        <w:t>levantamento</w:t>
      </w:r>
      <w:proofErr w:type="spellEnd"/>
      <w:r w:rsidRPr="006B10E0">
        <w:rPr>
          <w:rFonts w:cs="Times New Roman"/>
          <w:szCs w:val="24"/>
        </w:rPr>
        <w:t xml:space="preserve"> de mercado. Eventual </w:t>
      </w:r>
      <w:proofErr w:type="spellStart"/>
      <w:r w:rsidRPr="006B10E0">
        <w:rPr>
          <w:rFonts w:cs="Times New Roman"/>
          <w:szCs w:val="24"/>
        </w:rPr>
        <w:t>subcontratação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autorizada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não</w:t>
      </w:r>
      <w:proofErr w:type="spellEnd"/>
      <w:r w:rsidRPr="006B10E0">
        <w:rPr>
          <w:rFonts w:cs="Times New Roman"/>
          <w:szCs w:val="24"/>
        </w:rPr>
        <w:t xml:space="preserve"> se </w:t>
      </w:r>
      <w:proofErr w:type="spellStart"/>
      <w:r w:rsidRPr="006B10E0">
        <w:rPr>
          <w:rFonts w:cs="Times New Roman"/>
          <w:szCs w:val="24"/>
        </w:rPr>
        <w:t>confunde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parcelamento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licitação</w:t>
      </w:r>
      <w:proofErr w:type="spellEnd"/>
      <w:r w:rsidRPr="006B10E0">
        <w:rPr>
          <w:rFonts w:cs="Times New Roman"/>
          <w:szCs w:val="24"/>
        </w:rPr>
        <w:t>.</w:t>
      </w:r>
    </w:p>
    <w:p w14:paraId="371147FE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9. RESULTADOS PRETENDIDOS</w:t>
      </w:r>
    </w:p>
    <w:p w14:paraId="2D03B530" w14:textId="77777777" w:rsidR="005064CF" w:rsidRPr="006B10E0" w:rsidRDefault="007C7305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Pretende</w:t>
      </w:r>
      <w:proofErr w:type="spellEnd"/>
      <w:r w:rsidRPr="006B10E0">
        <w:rPr>
          <w:rFonts w:cs="Times New Roman"/>
          <w:szCs w:val="24"/>
        </w:rPr>
        <w:t xml:space="preserve">-se </w:t>
      </w:r>
      <w:proofErr w:type="spellStart"/>
      <w:r w:rsidRPr="006B10E0">
        <w:rPr>
          <w:rFonts w:cs="Times New Roman"/>
          <w:szCs w:val="24"/>
        </w:rPr>
        <w:t>entregar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uma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travessia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funcional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segura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durável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compatível</w:t>
      </w:r>
      <w:proofErr w:type="spellEnd"/>
      <w:r w:rsidRPr="006B10E0">
        <w:rPr>
          <w:rFonts w:cs="Times New Roman"/>
          <w:szCs w:val="24"/>
        </w:rPr>
        <w:t xml:space="preserve"> com o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aprovado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assegurar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integração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adequada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elementos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existentes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obter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controle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qualidade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fabricação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montagem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pré-moldados</w:t>
      </w:r>
      <w:proofErr w:type="spellEnd"/>
      <w:r w:rsidRPr="006B10E0">
        <w:rPr>
          <w:rFonts w:cs="Times New Roman"/>
          <w:szCs w:val="24"/>
        </w:rPr>
        <w:t xml:space="preserve">; </w:t>
      </w:r>
      <w:proofErr w:type="spellStart"/>
      <w:r w:rsidRPr="006B10E0">
        <w:rPr>
          <w:rFonts w:cs="Times New Roman"/>
          <w:szCs w:val="24"/>
        </w:rPr>
        <w:t>reduzir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retrabalhos</w:t>
      </w:r>
      <w:proofErr w:type="spellEnd"/>
      <w:r w:rsidRPr="006B10E0">
        <w:rPr>
          <w:rFonts w:cs="Times New Roman"/>
          <w:szCs w:val="24"/>
        </w:rPr>
        <w:t xml:space="preserve">; e </w:t>
      </w:r>
      <w:proofErr w:type="spellStart"/>
      <w:r w:rsidRPr="006B10E0">
        <w:rPr>
          <w:rFonts w:cs="Times New Roman"/>
          <w:szCs w:val="24"/>
        </w:rPr>
        <w:t>aplicar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recursos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públicos</w:t>
      </w:r>
      <w:proofErr w:type="spellEnd"/>
      <w:r w:rsidRPr="006B10E0">
        <w:rPr>
          <w:rFonts w:cs="Times New Roman"/>
          <w:szCs w:val="24"/>
        </w:rPr>
        <w:t xml:space="preserve"> com </w:t>
      </w:r>
      <w:proofErr w:type="spellStart"/>
      <w:r w:rsidRPr="006B10E0">
        <w:rPr>
          <w:rFonts w:cs="Times New Roman"/>
          <w:szCs w:val="24"/>
        </w:rPr>
        <w:t>economicidade</w:t>
      </w:r>
      <w:proofErr w:type="spellEnd"/>
      <w:r w:rsidRPr="006B10E0">
        <w:rPr>
          <w:rFonts w:cs="Times New Roman"/>
          <w:szCs w:val="24"/>
        </w:rPr>
        <w:t>.</w:t>
      </w:r>
    </w:p>
    <w:p w14:paraId="024ACB15" w14:textId="77777777" w:rsidR="005064CF" w:rsidRPr="006B10E0" w:rsidRDefault="007C7305">
      <w:pPr>
        <w:rPr>
          <w:rFonts w:cs="Times New Roman"/>
          <w:szCs w:val="24"/>
        </w:rPr>
      </w:pPr>
      <w:proofErr w:type="gramStart"/>
      <w:r w:rsidRPr="006B10E0">
        <w:rPr>
          <w:rFonts w:cs="Times New Roman"/>
          <w:szCs w:val="24"/>
        </w:rPr>
        <w:lastRenderedPageBreak/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aferição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ocorrer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medições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aprovadas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registros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inspeção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ensaios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controles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previstos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conferência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geométrica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cumprimento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cronograma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recebimento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benefícios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locais</w:t>
      </w:r>
      <w:proofErr w:type="spellEnd"/>
      <w:r w:rsidRPr="006B10E0">
        <w:rPr>
          <w:rFonts w:cs="Times New Roman"/>
          <w:szCs w:val="24"/>
        </w:rPr>
        <w:t xml:space="preserve"> e as </w:t>
      </w:r>
      <w:proofErr w:type="spellStart"/>
      <w:r w:rsidRPr="006B10E0">
        <w:rPr>
          <w:rFonts w:cs="Times New Roman"/>
          <w:szCs w:val="24"/>
        </w:rPr>
        <w:t>metas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capacidade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utilização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complementados</w:t>
      </w:r>
      <w:proofErr w:type="spellEnd"/>
      <w:r w:rsidRPr="006B10E0">
        <w:rPr>
          <w:rFonts w:cs="Times New Roman"/>
          <w:szCs w:val="24"/>
        </w:rPr>
        <w:t xml:space="preserve"> com o </w:t>
      </w:r>
      <w:proofErr w:type="spellStart"/>
      <w:r w:rsidRPr="006B10E0">
        <w:rPr>
          <w:rFonts w:cs="Times New Roman"/>
          <w:szCs w:val="24"/>
        </w:rPr>
        <w:t>diagnóstico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demanda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atribuir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ao</w:t>
      </w:r>
      <w:proofErr w:type="spellEnd"/>
      <w:r w:rsidRPr="006B10E0">
        <w:rPr>
          <w:rFonts w:cs="Times New Roman"/>
          <w:szCs w:val="24"/>
        </w:rPr>
        <w:t xml:space="preserve"> memorial dados de </w:t>
      </w:r>
      <w:proofErr w:type="spellStart"/>
      <w:r w:rsidRPr="006B10E0">
        <w:rPr>
          <w:rFonts w:cs="Times New Roman"/>
          <w:szCs w:val="24"/>
        </w:rPr>
        <w:t>tráfego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ou</w:t>
      </w:r>
      <w:proofErr w:type="spellEnd"/>
      <w:r w:rsidRPr="006B10E0">
        <w:rPr>
          <w:rFonts w:cs="Times New Roman"/>
          <w:szCs w:val="24"/>
        </w:rPr>
        <w:t xml:space="preserve"> cargas que </w:t>
      </w:r>
      <w:proofErr w:type="spellStart"/>
      <w:r w:rsidRPr="006B10E0">
        <w:rPr>
          <w:rFonts w:cs="Times New Roman"/>
          <w:szCs w:val="24"/>
        </w:rPr>
        <w:t>ele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informa</w:t>
      </w:r>
      <w:proofErr w:type="spellEnd"/>
      <w:r w:rsidRPr="006B10E0">
        <w:rPr>
          <w:rFonts w:cs="Times New Roman"/>
          <w:szCs w:val="24"/>
        </w:rPr>
        <w:t>.</w:t>
      </w:r>
    </w:p>
    <w:p w14:paraId="0A5D938A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10. PROVIDÊNCIAS PRÉVIAS AO CONTRATO</w:t>
      </w:r>
    </w:p>
    <w:p w14:paraId="22E90A5F" w14:textId="2BC28FFC" w:rsidR="005D7DB6" w:rsidRPr="006B10E0" w:rsidRDefault="005D7DB6" w:rsidP="005D7DB6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Previamente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formalização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contrato</w:t>
      </w:r>
      <w:proofErr w:type="spellEnd"/>
      <w:r w:rsidRPr="006B10E0">
        <w:rPr>
          <w:rFonts w:cs="Times New Roman"/>
          <w:szCs w:val="24"/>
        </w:rPr>
        <w:t xml:space="preserve">, a </w:t>
      </w:r>
      <w:proofErr w:type="spellStart"/>
      <w:r w:rsidRPr="006B10E0">
        <w:rPr>
          <w:rFonts w:cs="Times New Roman"/>
          <w:szCs w:val="24"/>
        </w:rPr>
        <w:t>Administração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assegurar</w:t>
      </w:r>
      <w:proofErr w:type="spellEnd"/>
      <w:r w:rsidRPr="006B10E0">
        <w:rPr>
          <w:rFonts w:cs="Times New Roman"/>
          <w:szCs w:val="24"/>
        </w:rPr>
        <w:t xml:space="preserve"> a</w:t>
      </w:r>
      <w:r w:rsidR="00DE5E59" w:rsidRPr="006B10E0">
        <w:rPr>
          <w:rFonts w:cs="Times New Roman"/>
          <w:szCs w:val="24"/>
        </w:rPr>
        <w:t xml:space="preserve">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acesso</w:t>
      </w:r>
      <w:proofErr w:type="spellEnd"/>
      <w:r w:rsidR="00DE5E59" w:rsidRPr="006B10E0">
        <w:rPr>
          <w:rFonts w:cs="Times New Roman"/>
          <w:szCs w:val="24"/>
        </w:rPr>
        <w:t>.</w:t>
      </w:r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Também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confirmadas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disponibilidade</w:t>
      </w:r>
      <w:proofErr w:type="spellEnd"/>
      <w:r w:rsidRPr="006B10E0">
        <w:rPr>
          <w:rFonts w:cs="Times New Roman"/>
          <w:szCs w:val="24"/>
        </w:rPr>
        <w:t xml:space="preserve"> e a </w:t>
      </w:r>
      <w:proofErr w:type="spellStart"/>
      <w:r w:rsidRPr="006B10E0">
        <w:rPr>
          <w:rFonts w:cs="Times New Roman"/>
          <w:szCs w:val="24"/>
        </w:rPr>
        <w:t>regularidade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áreas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necessárias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além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obtenção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licenças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autorizações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eventualmente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exigíveis</w:t>
      </w:r>
      <w:proofErr w:type="spellEnd"/>
      <w:r w:rsidRPr="006B10E0">
        <w:rPr>
          <w:rFonts w:cs="Times New Roman"/>
          <w:szCs w:val="24"/>
        </w:rPr>
        <w:t>.</w:t>
      </w:r>
    </w:p>
    <w:p w14:paraId="613FA22C" w14:textId="77777777" w:rsidR="005D7DB6" w:rsidRPr="006B10E0" w:rsidRDefault="005D7DB6" w:rsidP="005D7DB6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Administração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deverá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ainda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confirmar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existência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dotação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orçamentária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suficiente</w:t>
      </w:r>
      <w:proofErr w:type="spellEnd"/>
      <w:r w:rsidRPr="006B10E0">
        <w:rPr>
          <w:rFonts w:cs="Times New Roman"/>
          <w:szCs w:val="24"/>
        </w:rPr>
        <w:t xml:space="preserve"> para </w:t>
      </w:r>
      <w:proofErr w:type="spellStart"/>
      <w:r w:rsidRPr="006B10E0">
        <w:rPr>
          <w:rFonts w:cs="Times New Roman"/>
          <w:szCs w:val="24"/>
        </w:rPr>
        <w:t>suportar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contratação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adotar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providências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necessárias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instrução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processo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licitatório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incluindo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elaboração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edital</w:t>
      </w:r>
      <w:proofErr w:type="spellEnd"/>
      <w:r w:rsidRPr="006B10E0">
        <w:rPr>
          <w:rFonts w:cs="Times New Roman"/>
          <w:szCs w:val="24"/>
        </w:rPr>
        <w:t xml:space="preserve"> e da </w:t>
      </w:r>
      <w:proofErr w:type="spellStart"/>
      <w:r w:rsidRPr="006B10E0">
        <w:rPr>
          <w:rFonts w:cs="Times New Roman"/>
          <w:szCs w:val="24"/>
        </w:rPr>
        <w:t>minuta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contratual</w:t>
      </w:r>
      <w:proofErr w:type="spellEnd"/>
      <w:r w:rsidRPr="006B10E0">
        <w:rPr>
          <w:rFonts w:cs="Times New Roman"/>
          <w:szCs w:val="24"/>
        </w:rPr>
        <w:t xml:space="preserve">, a </w:t>
      </w:r>
      <w:proofErr w:type="spellStart"/>
      <w:r w:rsidRPr="006B10E0">
        <w:rPr>
          <w:rFonts w:cs="Times New Roman"/>
          <w:szCs w:val="24"/>
        </w:rPr>
        <w:t>análise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jurídica</w:t>
      </w:r>
      <w:proofErr w:type="spellEnd"/>
      <w:r w:rsidRPr="006B10E0">
        <w:rPr>
          <w:rFonts w:cs="Times New Roman"/>
          <w:szCs w:val="24"/>
        </w:rPr>
        <w:t xml:space="preserve"> e o </w:t>
      </w:r>
      <w:proofErr w:type="spellStart"/>
      <w:r w:rsidRPr="006B10E0">
        <w:rPr>
          <w:rFonts w:cs="Times New Roman"/>
          <w:szCs w:val="24"/>
        </w:rPr>
        <w:t>atendimento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às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recomendações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aos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apontamentos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eventualmente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apresentados</w:t>
      </w:r>
      <w:proofErr w:type="spellEnd"/>
      <w:r w:rsidRPr="006B10E0">
        <w:rPr>
          <w:rFonts w:cs="Times New Roman"/>
          <w:szCs w:val="24"/>
        </w:rPr>
        <w:t>.</w:t>
      </w:r>
    </w:p>
    <w:p w14:paraId="613D4CA5" w14:textId="77777777" w:rsidR="005D7DB6" w:rsidRPr="006B10E0" w:rsidRDefault="005D7DB6" w:rsidP="005D7DB6">
      <w:pPr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Previamente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início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serviços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definidas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medidas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necessárias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segurança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trabalhadores</w:t>
      </w:r>
      <w:proofErr w:type="spellEnd"/>
      <w:r w:rsidRPr="006B10E0">
        <w:rPr>
          <w:rFonts w:cs="Times New Roman"/>
          <w:szCs w:val="24"/>
        </w:rPr>
        <w:t xml:space="preserve"> e dos </w:t>
      </w:r>
      <w:proofErr w:type="spellStart"/>
      <w:r w:rsidRPr="006B10E0">
        <w:rPr>
          <w:rFonts w:cs="Times New Roman"/>
          <w:szCs w:val="24"/>
        </w:rPr>
        <w:t>usuários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bem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circulação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eventuais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desvios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tráfego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durante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, de modo a </w:t>
      </w:r>
      <w:proofErr w:type="spellStart"/>
      <w:r w:rsidRPr="006B10E0">
        <w:rPr>
          <w:rFonts w:cs="Times New Roman"/>
          <w:szCs w:val="24"/>
        </w:rPr>
        <w:t>minimizar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transtornos</w:t>
      </w:r>
      <w:proofErr w:type="spellEnd"/>
      <w:r w:rsidRPr="006B10E0">
        <w:rPr>
          <w:rFonts w:cs="Times New Roman"/>
          <w:szCs w:val="24"/>
        </w:rPr>
        <w:t xml:space="preserve"> à </w:t>
      </w:r>
      <w:proofErr w:type="spellStart"/>
      <w:r w:rsidRPr="006B10E0">
        <w:rPr>
          <w:rFonts w:cs="Times New Roman"/>
          <w:szCs w:val="24"/>
        </w:rPr>
        <w:t>população</w:t>
      </w:r>
      <w:proofErr w:type="spellEnd"/>
      <w:r w:rsidRPr="006B10E0">
        <w:rPr>
          <w:rFonts w:cs="Times New Roman"/>
          <w:szCs w:val="24"/>
        </w:rPr>
        <w:t>.</w:t>
      </w:r>
    </w:p>
    <w:p w14:paraId="07B24DE8" w14:textId="77777777" w:rsidR="005D7DB6" w:rsidRPr="006B10E0" w:rsidRDefault="005D7DB6" w:rsidP="005D7DB6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Por </w:t>
      </w:r>
      <w:proofErr w:type="spellStart"/>
      <w:r w:rsidRPr="006B10E0">
        <w:rPr>
          <w:rFonts w:cs="Times New Roman"/>
          <w:szCs w:val="24"/>
        </w:rPr>
        <w:t>fim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formalmente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designados</w:t>
      </w:r>
      <w:proofErr w:type="spellEnd"/>
      <w:r w:rsidRPr="006B10E0">
        <w:rPr>
          <w:rFonts w:cs="Times New Roman"/>
          <w:szCs w:val="24"/>
        </w:rPr>
        <w:t xml:space="preserve"> o gestor e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fiscais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contrato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incluindo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responsáveis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pelo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acompanhamento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administrativo</w:t>
      </w:r>
      <w:proofErr w:type="spellEnd"/>
      <w:r w:rsidRPr="006B10E0">
        <w:rPr>
          <w:rFonts w:cs="Times New Roman"/>
          <w:szCs w:val="24"/>
        </w:rPr>
        <w:t xml:space="preserve"> e pela </w:t>
      </w:r>
      <w:proofErr w:type="spellStart"/>
      <w:r w:rsidRPr="006B10E0">
        <w:rPr>
          <w:rFonts w:cs="Times New Roman"/>
          <w:szCs w:val="24"/>
        </w:rPr>
        <w:t>fiscalização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técnica</w:t>
      </w:r>
      <w:proofErr w:type="spellEnd"/>
      <w:r w:rsidRPr="006B10E0">
        <w:rPr>
          <w:rFonts w:cs="Times New Roman"/>
          <w:szCs w:val="24"/>
        </w:rPr>
        <w:t xml:space="preserve"> da </w:t>
      </w:r>
      <w:proofErr w:type="spellStart"/>
      <w:r w:rsidRPr="006B10E0">
        <w:rPr>
          <w:rFonts w:cs="Times New Roman"/>
          <w:szCs w:val="24"/>
        </w:rPr>
        <w:t>obra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bem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seus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respectivos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substitutos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observadas</w:t>
      </w:r>
      <w:proofErr w:type="spellEnd"/>
      <w:r w:rsidRPr="006B10E0">
        <w:rPr>
          <w:rFonts w:cs="Times New Roman"/>
          <w:szCs w:val="24"/>
        </w:rPr>
        <w:t xml:space="preserve"> as </w:t>
      </w:r>
      <w:proofErr w:type="spellStart"/>
      <w:r w:rsidRPr="006B10E0">
        <w:rPr>
          <w:rFonts w:cs="Times New Roman"/>
          <w:szCs w:val="24"/>
        </w:rPr>
        <w:t>atribuições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legais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regulamentares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aplicáveis</w:t>
      </w:r>
      <w:proofErr w:type="spellEnd"/>
      <w:r w:rsidRPr="006B10E0">
        <w:rPr>
          <w:rFonts w:cs="Times New Roman"/>
          <w:szCs w:val="24"/>
        </w:rPr>
        <w:t>.</w:t>
      </w:r>
    </w:p>
    <w:p w14:paraId="7424237A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11. CONTRATAÇÕES CORRELATAS E/OU INTERDEPENDENTES</w:t>
      </w:r>
    </w:p>
    <w:p w14:paraId="117396C0" w14:textId="1A8B0994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O </w:t>
      </w:r>
      <w:proofErr w:type="spellStart"/>
      <w:r w:rsidRPr="006B10E0">
        <w:rPr>
          <w:rFonts w:cs="Times New Roman"/>
          <w:szCs w:val="24"/>
        </w:rPr>
        <w:t>fornecimento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pré-moldados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transporte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içamento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pavimentação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estrutura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metálica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iluminação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estão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contemplados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apresentado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não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devendo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novamente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contratados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duplicidade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Verificar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contudo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eventuais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adequações</w:t>
      </w:r>
      <w:proofErr w:type="spellEnd"/>
      <w:r w:rsidRPr="006B10E0">
        <w:rPr>
          <w:rFonts w:cs="Times New Roman"/>
          <w:szCs w:val="24"/>
        </w:rPr>
        <w:t xml:space="preserve"> da rede da </w:t>
      </w:r>
      <w:proofErr w:type="spellStart"/>
      <w:r w:rsidRPr="006B10E0">
        <w:rPr>
          <w:rFonts w:cs="Times New Roman"/>
          <w:szCs w:val="24"/>
        </w:rPr>
        <w:t>concessionária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estudos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projetos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complementares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ainda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necessários</w:t>
      </w:r>
      <w:proofErr w:type="spellEnd"/>
      <w:r w:rsidRPr="006B10E0">
        <w:rPr>
          <w:rFonts w:cs="Times New Roman"/>
          <w:szCs w:val="24"/>
        </w:rPr>
        <w:t xml:space="preserve">. </w:t>
      </w:r>
    </w:p>
    <w:p w14:paraId="1A6AEB77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12. POSSÍVEIS IMPACTOS AMBIENTAIS</w:t>
      </w:r>
    </w:p>
    <w:p w14:paraId="12D7F20D" w14:textId="77777777" w:rsidR="005064CF" w:rsidRPr="006B10E0" w:rsidRDefault="007C7305">
      <w:pPr>
        <w:rPr>
          <w:rFonts w:cs="Times New Roman"/>
          <w:szCs w:val="24"/>
        </w:rPr>
      </w:pPr>
      <w:proofErr w:type="gramStart"/>
      <w:r w:rsidRPr="006B10E0">
        <w:rPr>
          <w:rFonts w:cs="Times New Roman"/>
          <w:szCs w:val="24"/>
        </w:rPr>
        <w:t>A</w:t>
      </w:r>
      <w:proofErr w:type="gram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intervenção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travessia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sobre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curso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d’água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demanda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avaliação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ambiental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específica</w:t>
      </w:r>
      <w:proofErr w:type="spellEnd"/>
      <w:r w:rsidRPr="006B10E0">
        <w:rPr>
          <w:rFonts w:cs="Times New Roman"/>
          <w:szCs w:val="24"/>
        </w:rPr>
        <w:t xml:space="preserve">. São </w:t>
      </w:r>
      <w:proofErr w:type="spellStart"/>
      <w:r w:rsidRPr="006B10E0">
        <w:rPr>
          <w:rFonts w:cs="Times New Roman"/>
          <w:szCs w:val="24"/>
        </w:rPr>
        <w:t>possíveis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impactos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carreamento</w:t>
      </w:r>
      <w:proofErr w:type="spellEnd"/>
      <w:r w:rsidRPr="006B10E0">
        <w:rPr>
          <w:rFonts w:cs="Times New Roman"/>
          <w:szCs w:val="24"/>
        </w:rPr>
        <w:t xml:space="preserve"> de solo e </w:t>
      </w:r>
      <w:proofErr w:type="spellStart"/>
      <w:r w:rsidRPr="006B10E0">
        <w:rPr>
          <w:rFonts w:cs="Times New Roman"/>
          <w:szCs w:val="24"/>
        </w:rPr>
        <w:t>resíduos</w:t>
      </w:r>
      <w:proofErr w:type="spellEnd"/>
      <w:r w:rsidRPr="006B10E0">
        <w:rPr>
          <w:rFonts w:cs="Times New Roman"/>
          <w:szCs w:val="24"/>
        </w:rPr>
        <w:t xml:space="preserve"> para o </w:t>
      </w:r>
      <w:proofErr w:type="spellStart"/>
      <w:r w:rsidRPr="006B10E0">
        <w:rPr>
          <w:rFonts w:cs="Times New Roman"/>
          <w:szCs w:val="24"/>
        </w:rPr>
        <w:t>rio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alteração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temporária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condições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escoamento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ruído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poeira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geração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resíduos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demolição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consumo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materiais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risco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vazamentos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combustíveis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óleos</w:t>
      </w:r>
      <w:proofErr w:type="spellEnd"/>
      <w:r w:rsidRPr="006B10E0">
        <w:rPr>
          <w:rFonts w:cs="Times New Roman"/>
          <w:szCs w:val="24"/>
        </w:rPr>
        <w:t xml:space="preserve">. </w:t>
      </w:r>
      <w:proofErr w:type="spellStart"/>
      <w:r w:rsidRPr="006B10E0">
        <w:rPr>
          <w:rFonts w:cs="Times New Roman"/>
          <w:szCs w:val="24"/>
        </w:rPr>
        <w:t>Não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foi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apresentada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licença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ou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manifestação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órgão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competente</w:t>
      </w:r>
      <w:proofErr w:type="spellEnd"/>
      <w:r w:rsidRPr="006B10E0">
        <w:rPr>
          <w:rFonts w:cs="Times New Roman"/>
          <w:szCs w:val="24"/>
        </w:rPr>
        <w:t xml:space="preserve"> que </w:t>
      </w:r>
      <w:proofErr w:type="spellStart"/>
      <w:r w:rsidRPr="006B10E0">
        <w:rPr>
          <w:rFonts w:cs="Times New Roman"/>
          <w:szCs w:val="24"/>
        </w:rPr>
        <w:t>permita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classificar</w:t>
      </w:r>
      <w:proofErr w:type="spellEnd"/>
      <w:r w:rsidRPr="006B10E0">
        <w:rPr>
          <w:rFonts w:cs="Times New Roman"/>
          <w:szCs w:val="24"/>
        </w:rPr>
        <w:t xml:space="preserve"> a </w:t>
      </w:r>
      <w:proofErr w:type="spellStart"/>
      <w:r w:rsidRPr="006B10E0">
        <w:rPr>
          <w:rFonts w:cs="Times New Roman"/>
          <w:szCs w:val="24"/>
        </w:rPr>
        <w:t>significância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desses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impactos</w:t>
      </w:r>
      <w:proofErr w:type="spellEnd"/>
      <w:r w:rsidRPr="006B10E0">
        <w:rPr>
          <w:rFonts w:cs="Times New Roman"/>
          <w:szCs w:val="24"/>
        </w:rPr>
        <w:t>.</w:t>
      </w:r>
    </w:p>
    <w:p w14:paraId="016D8A95" w14:textId="77777777" w:rsidR="005064CF" w:rsidRPr="006B10E0" w:rsidRDefault="007C7305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Como </w:t>
      </w:r>
      <w:proofErr w:type="spellStart"/>
      <w:r w:rsidRPr="006B10E0">
        <w:rPr>
          <w:rFonts w:cs="Times New Roman"/>
          <w:szCs w:val="24"/>
        </w:rPr>
        <w:t>medidas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propostas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prever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contenção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sedimentos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manejo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adequado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águas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escavação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proteção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leito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margens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segregação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destinação</w:t>
      </w:r>
      <w:proofErr w:type="spellEnd"/>
      <w:r w:rsidRPr="006B10E0">
        <w:rPr>
          <w:rFonts w:cs="Times New Roman"/>
          <w:szCs w:val="24"/>
        </w:rPr>
        <w:t xml:space="preserve"> regular de </w:t>
      </w:r>
      <w:proofErr w:type="spellStart"/>
      <w:r w:rsidRPr="006B10E0">
        <w:rPr>
          <w:rFonts w:cs="Times New Roman"/>
          <w:szCs w:val="24"/>
        </w:rPr>
        <w:t>resíduos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proibição</w:t>
      </w:r>
      <w:proofErr w:type="spellEnd"/>
      <w:r w:rsidRPr="006B10E0">
        <w:rPr>
          <w:rFonts w:cs="Times New Roman"/>
          <w:szCs w:val="24"/>
        </w:rPr>
        <w:t xml:space="preserve"> </w:t>
      </w:r>
      <w:r w:rsidRPr="006B10E0">
        <w:rPr>
          <w:rFonts w:cs="Times New Roman"/>
          <w:szCs w:val="24"/>
        </w:rPr>
        <w:lastRenderedPageBreak/>
        <w:t xml:space="preserve">de </w:t>
      </w:r>
      <w:proofErr w:type="spellStart"/>
      <w:r w:rsidRPr="006B10E0">
        <w:rPr>
          <w:rFonts w:cs="Times New Roman"/>
          <w:szCs w:val="24"/>
        </w:rPr>
        <w:t>descarte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lavagem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equipamentos</w:t>
      </w:r>
      <w:proofErr w:type="spellEnd"/>
      <w:r w:rsidRPr="006B10E0">
        <w:rPr>
          <w:rFonts w:cs="Times New Roman"/>
          <w:szCs w:val="24"/>
        </w:rPr>
        <w:t xml:space="preserve"> no </w:t>
      </w:r>
      <w:proofErr w:type="spellStart"/>
      <w:r w:rsidRPr="006B10E0">
        <w:rPr>
          <w:rFonts w:cs="Times New Roman"/>
          <w:szCs w:val="24"/>
        </w:rPr>
        <w:t>rio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armazenamento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seguro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combustíveis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manutenção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máquinas</w:t>
      </w:r>
      <w:proofErr w:type="spellEnd"/>
      <w:r w:rsidRPr="006B10E0">
        <w:rPr>
          <w:rFonts w:cs="Times New Roman"/>
          <w:szCs w:val="24"/>
        </w:rPr>
        <w:t xml:space="preserve">, </w:t>
      </w:r>
      <w:proofErr w:type="spellStart"/>
      <w:r w:rsidRPr="006B10E0">
        <w:rPr>
          <w:rFonts w:cs="Times New Roman"/>
          <w:szCs w:val="24"/>
        </w:rPr>
        <w:t>isolamento</w:t>
      </w:r>
      <w:proofErr w:type="spellEnd"/>
      <w:r w:rsidRPr="006B10E0">
        <w:rPr>
          <w:rFonts w:cs="Times New Roman"/>
          <w:szCs w:val="24"/>
        </w:rPr>
        <w:t xml:space="preserve"> das </w:t>
      </w:r>
      <w:proofErr w:type="spellStart"/>
      <w:r w:rsidRPr="006B10E0">
        <w:rPr>
          <w:rFonts w:cs="Times New Roman"/>
          <w:szCs w:val="24"/>
        </w:rPr>
        <w:t>áreas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recuperação</w:t>
      </w:r>
      <w:proofErr w:type="spellEnd"/>
      <w:r w:rsidRPr="006B10E0">
        <w:rPr>
          <w:rFonts w:cs="Times New Roman"/>
          <w:szCs w:val="24"/>
        </w:rPr>
        <w:t xml:space="preserve"> dos </w:t>
      </w:r>
      <w:proofErr w:type="spellStart"/>
      <w:r w:rsidRPr="006B10E0">
        <w:rPr>
          <w:rFonts w:cs="Times New Roman"/>
          <w:szCs w:val="24"/>
        </w:rPr>
        <w:t>locais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afetados</w:t>
      </w:r>
      <w:proofErr w:type="spellEnd"/>
      <w:r w:rsidRPr="006B10E0">
        <w:rPr>
          <w:rFonts w:cs="Times New Roman"/>
          <w:szCs w:val="24"/>
        </w:rPr>
        <w:t xml:space="preserve">. As </w:t>
      </w:r>
      <w:proofErr w:type="spellStart"/>
      <w:r w:rsidRPr="006B10E0">
        <w:rPr>
          <w:rFonts w:cs="Times New Roman"/>
          <w:szCs w:val="24"/>
        </w:rPr>
        <w:t>medidas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deverão</w:t>
      </w:r>
      <w:proofErr w:type="spellEnd"/>
      <w:r w:rsidRPr="006B10E0">
        <w:rPr>
          <w:rFonts w:cs="Times New Roman"/>
          <w:szCs w:val="24"/>
        </w:rPr>
        <w:t xml:space="preserve"> ser </w:t>
      </w:r>
      <w:proofErr w:type="spellStart"/>
      <w:r w:rsidRPr="006B10E0">
        <w:rPr>
          <w:rFonts w:cs="Times New Roman"/>
          <w:szCs w:val="24"/>
        </w:rPr>
        <w:t>detalhadas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conforme</w:t>
      </w:r>
      <w:proofErr w:type="spellEnd"/>
      <w:r w:rsidRPr="006B10E0">
        <w:rPr>
          <w:rFonts w:cs="Times New Roman"/>
          <w:szCs w:val="24"/>
        </w:rPr>
        <w:t xml:space="preserve"> o </w:t>
      </w:r>
      <w:proofErr w:type="spellStart"/>
      <w:r w:rsidRPr="006B10E0">
        <w:rPr>
          <w:rFonts w:cs="Times New Roman"/>
          <w:szCs w:val="24"/>
        </w:rPr>
        <w:t>projeto</w:t>
      </w:r>
      <w:proofErr w:type="spellEnd"/>
      <w:r w:rsidRPr="006B10E0">
        <w:rPr>
          <w:rFonts w:cs="Times New Roman"/>
          <w:szCs w:val="24"/>
        </w:rPr>
        <w:t xml:space="preserve"> e as </w:t>
      </w:r>
      <w:proofErr w:type="spellStart"/>
      <w:r w:rsidRPr="006B10E0">
        <w:rPr>
          <w:rFonts w:cs="Times New Roman"/>
          <w:szCs w:val="24"/>
        </w:rPr>
        <w:t>condicionantes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ambientais</w:t>
      </w:r>
      <w:proofErr w:type="spellEnd"/>
      <w:r w:rsidRPr="006B10E0">
        <w:rPr>
          <w:rFonts w:cs="Times New Roman"/>
          <w:szCs w:val="24"/>
        </w:rPr>
        <w:t>.</w:t>
      </w:r>
    </w:p>
    <w:p w14:paraId="1EBC661F" w14:textId="77777777" w:rsidR="005064CF" w:rsidRPr="006B10E0" w:rsidRDefault="007C7305">
      <w:pPr>
        <w:pStyle w:val="Ttulo1"/>
        <w:rPr>
          <w:rFonts w:ascii="Times New Roman" w:hAnsi="Times New Roman" w:cs="Times New Roman"/>
          <w:szCs w:val="24"/>
        </w:rPr>
      </w:pPr>
      <w:r w:rsidRPr="006B10E0">
        <w:rPr>
          <w:rFonts w:ascii="Times New Roman" w:hAnsi="Times New Roman" w:cs="Times New Roman"/>
          <w:szCs w:val="24"/>
        </w:rPr>
        <w:t>13. DECLARAÇÃO DE VIABILIDADE</w:t>
      </w:r>
    </w:p>
    <w:p w14:paraId="584440DF" w14:textId="1A7AE10C" w:rsidR="005064CF" w:rsidRPr="006B10E0" w:rsidRDefault="007C7305" w:rsidP="005D7DB6">
      <w:pPr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A </w:t>
      </w:r>
      <w:proofErr w:type="spellStart"/>
      <w:r w:rsidRPr="006B10E0">
        <w:rPr>
          <w:rFonts w:cs="Times New Roman"/>
          <w:szCs w:val="24"/>
        </w:rPr>
        <w:t>solução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concreto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armado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pré-moldado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possui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concepção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descrita</w:t>
      </w:r>
      <w:proofErr w:type="spellEnd"/>
      <w:r w:rsidRPr="006B10E0">
        <w:rPr>
          <w:rFonts w:cs="Times New Roman"/>
          <w:szCs w:val="24"/>
        </w:rPr>
        <w:t xml:space="preserve"> no memorial,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referência</w:t>
      </w:r>
      <w:proofErr w:type="spellEnd"/>
      <w:r w:rsidRPr="006B10E0">
        <w:rPr>
          <w:rFonts w:cs="Times New Roman"/>
          <w:szCs w:val="24"/>
        </w:rPr>
        <w:t xml:space="preserve"> de R$ </w:t>
      </w:r>
      <w:r w:rsidR="005D7DB6" w:rsidRPr="006B10E0">
        <w:rPr>
          <w:rFonts w:cs="Times New Roman"/>
          <w:szCs w:val="24"/>
        </w:rPr>
        <w:t>2.799.018,47</w:t>
      </w:r>
      <w:r w:rsidR="006B10E0">
        <w:rPr>
          <w:rFonts w:cs="Times New Roman"/>
          <w:szCs w:val="24"/>
        </w:rPr>
        <w:t xml:space="preserve"> </w:t>
      </w:r>
      <w:r w:rsidRPr="006B10E0">
        <w:rPr>
          <w:rFonts w:cs="Times New Roman"/>
          <w:szCs w:val="24"/>
        </w:rPr>
        <w:t xml:space="preserve">e </w:t>
      </w:r>
      <w:proofErr w:type="spellStart"/>
      <w:r w:rsidRPr="006B10E0">
        <w:rPr>
          <w:rFonts w:cs="Times New Roman"/>
          <w:szCs w:val="24"/>
        </w:rPr>
        <w:t>programação</w:t>
      </w:r>
      <w:proofErr w:type="spellEnd"/>
      <w:r w:rsidRPr="006B10E0">
        <w:rPr>
          <w:rFonts w:cs="Times New Roman"/>
          <w:szCs w:val="24"/>
        </w:rPr>
        <w:t xml:space="preserve"> de </w:t>
      </w:r>
      <w:proofErr w:type="spellStart"/>
      <w:r w:rsidRPr="006B10E0">
        <w:rPr>
          <w:rFonts w:cs="Times New Roman"/>
          <w:szCs w:val="24"/>
        </w:rPr>
        <w:t>execução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em</w:t>
      </w:r>
      <w:proofErr w:type="spellEnd"/>
      <w:r w:rsidRPr="006B10E0">
        <w:rPr>
          <w:rFonts w:cs="Times New Roman"/>
          <w:szCs w:val="24"/>
        </w:rPr>
        <w:t xml:space="preserve"> 7 meses. </w:t>
      </w:r>
      <w:proofErr w:type="spellStart"/>
      <w:r w:rsidRPr="006B10E0">
        <w:rPr>
          <w:rFonts w:cs="Times New Roman"/>
          <w:szCs w:val="24"/>
        </w:rPr>
        <w:t>Os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totais</w:t>
      </w:r>
      <w:proofErr w:type="spellEnd"/>
      <w:r w:rsidRPr="006B10E0">
        <w:rPr>
          <w:rFonts w:cs="Times New Roman"/>
          <w:szCs w:val="24"/>
        </w:rPr>
        <w:t xml:space="preserve"> do </w:t>
      </w:r>
      <w:proofErr w:type="spellStart"/>
      <w:r w:rsidRPr="006B10E0">
        <w:rPr>
          <w:rFonts w:cs="Times New Roman"/>
          <w:szCs w:val="24"/>
        </w:rPr>
        <w:t>orçamento</w:t>
      </w:r>
      <w:proofErr w:type="spellEnd"/>
      <w:r w:rsidRPr="006B10E0">
        <w:rPr>
          <w:rFonts w:cs="Times New Roman"/>
          <w:szCs w:val="24"/>
        </w:rPr>
        <w:t xml:space="preserve"> e do </w:t>
      </w:r>
      <w:proofErr w:type="spellStart"/>
      <w:r w:rsidRPr="006B10E0">
        <w:rPr>
          <w:rFonts w:cs="Times New Roman"/>
          <w:szCs w:val="24"/>
        </w:rPr>
        <w:t>cronograma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são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compatíveis</w:t>
      </w:r>
      <w:proofErr w:type="spellEnd"/>
      <w:r w:rsidRPr="006B10E0">
        <w:rPr>
          <w:rFonts w:cs="Times New Roman"/>
          <w:szCs w:val="24"/>
        </w:rPr>
        <w:t xml:space="preserve">. </w:t>
      </w:r>
    </w:p>
    <w:p w14:paraId="4D799782" w14:textId="18789481" w:rsidR="005064CF" w:rsidRPr="006B10E0" w:rsidRDefault="007C7305" w:rsidP="00DE5E59">
      <w:pPr>
        <w:jc w:val="right"/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Ponte Preta/RS, </w:t>
      </w:r>
      <w:r w:rsidR="005D7DB6" w:rsidRPr="006B10E0">
        <w:rPr>
          <w:rFonts w:cs="Times New Roman"/>
          <w:szCs w:val="24"/>
        </w:rPr>
        <w:t xml:space="preserve">01 de </w:t>
      </w:r>
      <w:proofErr w:type="spellStart"/>
      <w:r w:rsidR="005D7DB6" w:rsidRPr="006B10E0">
        <w:rPr>
          <w:rFonts w:cs="Times New Roman"/>
          <w:szCs w:val="24"/>
        </w:rPr>
        <w:t>Outubro</w:t>
      </w:r>
      <w:proofErr w:type="spellEnd"/>
      <w:r w:rsidR="005D7DB6" w:rsidRPr="006B10E0">
        <w:rPr>
          <w:rFonts w:cs="Times New Roman"/>
          <w:szCs w:val="24"/>
        </w:rPr>
        <w:t xml:space="preserve"> de 2026</w:t>
      </w:r>
      <w:r w:rsidRPr="006B10E0">
        <w:rPr>
          <w:rFonts w:cs="Times New Roman"/>
          <w:szCs w:val="24"/>
        </w:rPr>
        <w:t>.</w:t>
      </w:r>
    </w:p>
    <w:p w14:paraId="64E5D6E7" w14:textId="6072450A" w:rsidR="0027412A" w:rsidRPr="006B10E0" w:rsidRDefault="0027412A" w:rsidP="00DE5E59">
      <w:pPr>
        <w:jc w:val="right"/>
        <w:rPr>
          <w:rFonts w:cs="Times New Roman"/>
          <w:szCs w:val="24"/>
        </w:rPr>
      </w:pPr>
    </w:p>
    <w:p w14:paraId="1ACF8AC5" w14:textId="270B5DE4" w:rsidR="0027412A" w:rsidRPr="006B10E0" w:rsidRDefault="0027412A" w:rsidP="00DE5E59">
      <w:pPr>
        <w:jc w:val="right"/>
        <w:rPr>
          <w:rFonts w:cs="Times New Roman"/>
          <w:szCs w:val="24"/>
        </w:rPr>
      </w:pPr>
    </w:p>
    <w:p w14:paraId="7A1DC1C0" w14:textId="77777777" w:rsidR="0027412A" w:rsidRPr="006B10E0" w:rsidRDefault="0027412A" w:rsidP="00DE5E59">
      <w:pPr>
        <w:jc w:val="right"/>
        <w:rPr>
          <w:rFonts w:cs="Times New Roman"/>
          <w:szCs w:val="24"/>
        </w:rPr>
      </w:pPr>
    </w:p>
    <w:p w14:paraId="41FA291D" w14:textId="58F42565" w:rsidR="00B55D37" w:rsidRPr="006B10E0" w:rsidRDefault="00B55D37" w:rsidP="00B55D37">
      <w:pPr>
        <w:spacing w:after="0"/>
        <w:jc w:val="left"/>
        <w:rPr>
          <w:rFonts w:cs="Times New Roman"/>
          <w:szCs w:val="24"/>
        </w:rPr>
      </w:pPr>
      <w:r w:rsidRPr="006B10E0">
        <w:rPr>
          <w:rFonts w:cs="Times New Roman"/>
          <w:szCs w:val="24"/>
        </w:rPr>
        <w:t xml:space="preserve">Darlan </w:t>
      </w:r>
      <w:proofErr w:type="spellStart"/>
      <w:r w:rsidRPr="006B10E0">
        <w:rPr>
          <w:rFonts w:cs="Times New Roman"/>
          <w:szCs w:val="24"/>
        </w:rPr>
        <w:t>Zappani</w:t>
      </w:r>
      <w:proofErr w:type="spellEnd"/>
      <w:r w:rsidRPr="006B10E0">
        <w:rPr>
          <w:rFonts w:cs="Times New Roman"/>
          <w:szCs w:val="24"/>
        </w:rPr>
        <w:t>,</w:t>
      </w:r>
    </w:p>
    <w:p w14:paraId="294B6FDB" w14:textId="0BD8BA4A" w:rsidR="00B55D37" w:rsidRPr="006B10E0" w:rsidRDefault="00B55D37" w:rsidP="00B55D37">
      <w:pPr>
        <w:jc w:val="left"/>
        <w:rPr>
          <w:rFonts w:cs="Times New Roman"/>
          <w:szCs w:val="24"/>
        </w:rPr>
      </w:pPr>
      <w:proofErr w:type="spellStart"/>
      <w:r w:rsidRPr="006B10E0">
        <w:rPr>
          <w:rFonts w:cs="Times New Roman"/>
          <w:szCs w:val="24"/>
        </w:rPr>
        <w:t>Secretário</w:t>
      </w:r>
      <w:proofErr w:type="spellEnd"/>
      <w:r w:rsidRPr="006B10E0">
        <w:rPr>
          <w:rFonts w:cs="Times New Roman"/>
          <w:szCs w:val="24"/>
        </w:rPr>
        <w:t xml:space="preserve"> Municipal </w:t>
      </w:r>
      <w:proofErr w:type="spellStart"/>
      <w:r w:rsidRPr="006B10E0">
        <w:rPr>
          <w:rFonts w:cs="Times New Roman"/>
          <w:szCs w:val="24"/>
        </w:rPr>
        <w:t>Interino</w:t>
      </w:r>
      <w:proofErr w:type="spellEnd"/>
      <w:r w:rsidRPr="006B10E0">
        <w:rPr>
          <w:rFonts w:cs="Times New Roman"/>
          <w:szCs w:val="24"/>
        </w:rPr>
        <w:t xml:space="preserve"> de Agricultura, </w:t>
      </w:r>
      <w:proofErr w:type="spellStart"/>
      <w:r w:rsidRPr="006B10E0">
        <w:rPr>
          <w:rFonts w:cs="Times New Roman"/>
          <w:szCs w:val="24"/>
        </w:rPr>
        <w:t>Obras</w:t>
      </w:r>
      <w:proofErr w:type="spellEnd"/>
      <w:r w:rsidRPr="006B10E0">
        <w:rPr>
          <w:rFonts w:cs="Times New Roman"/>
          <w:szCs w:val="24"/>
        </w:rPr>
        <w:t xml:space="preserve"> e </w:t>
      </w:r>
      <w:proofErr w:type="spellStart"/>
      <w:r w:rsidRPr="006B10E0">
        <w:rPr>
          <w:rFonts w:cs="Times New Roman"/>
          <w:szCs w:val="24"/>
        </w:rPr>
        <w:t>Meio</w:t>
      </w:r>
      <w:proofErr w:type="spellEnd"/>
      <w:r w:rsidRPr="006B10E0">
        <w:rPr>
          <w:rFonts w:cs="Times New Roman"/>
          <w:szCs w:val="24"/>
        </w:rPr>
        <w:t xml:space="preserve"> </w:t>
      </w:r>
      <w:proofErr w:type="spellStart"/>
      <w:r w:rsidRPr="006B10E0">
        <w:rPr>
          <w:rFonts w:cs="Times New Roman"/>
          <w:szCs w:val="24"/>
        </w:rPr>
        <w:t>Ambiente</w:t>
      </w:r>
      <w:proofErr w:type="spellEnd"/>
      <w:r w:rsidRPr="006B10E0">
        <w:rPr>
          <w:rFonts w:cs="Times New Roman"/>
          <w:szCs w:val="24"/>
        </w:rPr>
        <w:t>.</w:t>
      </w:r>
    </w:p>
    <w:sectPr w:rsidR="00B55D37" w:rsidRPr="006B10E0" w:rsidSect="00B55D37">
      <w:footerReference w:type="default" r:id="rId8"/>
      <w:pgSz w:w="11906" w:h="16838"/>
      <w:pgMar w:top="2892" w:right="1134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2C2DA" w14:textId="77777777" w:rsidR="00ED5467" w:rsidRDefault="00ED5467">
      <w:pPr>
        <w:spacing w:after="0" w:line="240" w:lineRule="auto"/>
      </w:pPr>
      <w:r>
        <w:separator/>
      </w:r>
    </w:p>
  </w:endnote>
  <w:endnote w:type="continuationSeparator" w:id="0">
    <w:p w14:paraId="776BB50D" w14:textId="77777777" w:rsidR="00ED5467" w:rsidRDefault="00ED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23A96" w14:textId="792F1B82" w:rsidR="005064CF" w:rsidRDefault="007C7305">
    <w:pPr>
      <w:pStyle w:val="Rodap"/>
      <w:jc w:val="right"/>
    </w:pPr>
    <w:r>
      <w:rPr>
        <w:sz w:val="18"/>
      </w:rPr>
      <w:t xml:space="preserve">ETP – Ponte </w:t>
    </w:r>
    <w:proofErr w:type="spellStart"/>
    <w:r>
      <w:rPr>
        <w:sz w:val="18"/>
      </w:rPr>
      <w:t>sobre</w:t>
    </w:r>
    <w:proofErr w:type="spellEnd"/>
    <w:r>
      <w:rPr>
        <w:sz w:val="18"/>
      </w:rPr>
      <w:t xml:space="preserve"> o Rio </w:t>
    </w:r>
    <w:proofErr w:type="spellStart"/>
    <w:r w:rsidR="00783B15">
      <w:rPr>
        <w:sz w:val="18"/>
      </w:rPr>
      <w:t>Jup</w:t>
    </w:r>
    <w:r>
      <w:rPr>
        <w:sz w:val="18"/>
      </w:rPr>
      <w:t>irangava</w:t>
    </w:r>
    <w:proofErr w:type="spellEnd"/>
    <w:r>
      <w:rPr>
        <w:sz w:val="18"/>
      </w:rPr>
      <w:t xml:space="preserve"> | </w:t>
    </w:r>
    <w:r>
      <w:fldChar w:fldCharType="begin"/>
    </w:r>
    <w:r>
      <w:instrText>PAGE</w:instrText>
    </w:r>
    <w:r>
      <w:fldChar w:fldCharType="separate"/>
    </w:r>
    <w:r w:rsidR="007578F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D4932" w14:textId="77777777" w:rsidR="00ED5467" w:rsidRDefault="00ED5467">
      <w:pPr>
        <w:spacing w:after="0" w:line="240" w:lineRule="auto"/>
      </w:pPr>
      <w:r>
        <w:separator/>
      </w:r>
    </w:p>
  </w:footnote>
  <w:footnote w:type="continuationSeparator" w:id="0">
    <w:p w14:paraId="70074C6A" w14:textId="77777777" w:rsidR="00ED5467" w:rsidRDefault="00ED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434521">
    <w:abstractNumId w:val="8"/>
  </w:num>
  <w:num w:numId="2" w16cid:durableId="1873152467">
    <w:abstractNumId w:val="6"/>
  </w:num>
  <w:num w:numId="3" w16cid:durableId="1655330627">
    <w:abstractNumId w:val="5"/>
  </w:num>
  <w:num w:numId="4" w16cid:durableId="1642612286">
    <w:abstractNumId w:val="4"/>
  </w:num>
  <w:num w:numId="5" w16cid:durableId="1600135929">
    <w:abstractNumId w:val="7"/>
  </w:num>
  <w:num w:numId="6" w16cid:durableId="152063475">
    <w:abstractNumId w:val="3"/>
  </w:num>
  <w:num w:numId="7" w16cid:durableId="2061859311">
    <w:abstractNumId w:val="2"/>
  </w:num>
  <w:num w:numId="8" w16cid:durableId="1873497620">
    <w:abstractNumId w:val="1"/>
  </w:num>
  <w:num w:numId="9" w16cid:durableId="448428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2EB"/>
    <w:rsid w:val="0006063C"/>
    <w:rsid w:val="000E41EB"/>
    <w:rsid w:val="0015074B"/>
    <w:rsid w:val="00192EDC"/>
    <w:rsid w:val="002146C8"/>
    <w:rsid w:val="0027412A"/>
    <w:rsid w:val="0029639D"/>
    <w:rsid w:val="00307C5A"/>
    <w:rsid w:val="00326F90"/>
    <w:rsid w:val="004A5EDF"/>
    <w:rsid w:val="005064CF"/>
    <w:rsid w:val="005D7DB6"/>
    <w:rsid w:val="005F16AC"/>
    <w:rsid w:val="006B10E0"/>
    <w:rsid w:val="00717783"/>
    <w:rsid w:val="007578F6"/>
    <w:rsid w:val="00783B15"/>
    <w:rsid w:val="007C7305"/>
    <w:rsid w:val="008D1744"/>
    <w:rsid w:val="00A41A29"/>
    <w:rsid w:val="00AA1D8D"/>
    <w:rsid w:val="00B47730"/>
    <w:rsid w:val="00B55D37"/>
    <w:rsid w:val="00C340C4"/>
    <w:rsid w:val="00C82BC5"/>
    <w:rsid w:val="00CB0664"/>
    <w:rsid w:val="00CC109C"/>
    <w:rsid w:val="00CF6FB0"/>
    <w:rsid w:val="00D16652"/>
    <w:rsid w:val="00DE5E59"/>
    <w:rsid w:val="00ED54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9DB84F"/>
  <w14:defaultImageDpi w14:val="300"/>
  <w15:docId w15:val="{A7A10B51-00C9-4AB6-8454-5BAA4B31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  <w:jc w:val="both"/>
    </w:pPr>
    <w:rPr>
      <w:rFonts w:ascii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hd w:val="clear" w:color="auto" w:fill="D0D0D0"/>
      <w:spacing w:before="24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6asjqtextbase">
    <w:name w:val="w6asjq_textbase"/>
    <w:basedOn w:val="Normal"/>
    <w:rsid w:val="00D16652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2475</Words>
  <Characters>13369</Characters>
  <Application>Microsoft Office Word</Application>
  <DocSecurity>0</DocSecurity>
  <Lines>111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4</cp:revision>
  <cp:lastPrinted>2026-10-02T12:44:00Z</cp:lastPrinted>
  <dcterms:created xsi:type="dcterms:W3CDTF">2026-10-01T19:21:00Z</dcterms:created>
  <dcterms:modified xsi:type="dcterms:W3CDTF">2026-10-02T12:44:00Z</dcterms:modified>
  <cp:category/>
</cp:coreProperties>
</file>